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WYMAGANIA EDUKACYJNE Z EDUKACJI ZDROWOTNEJ</w:t>
      </w:r>
    </w:p>
    <w:p>
      <w:pPr>
        <w:jc w:val="center"/>
      </w:pPr>
      <w:r>
        <w:rPr>
          <w:b/>
          <w:sz w:val="24"/>
        </w:rPr>
        <w:t>KLASA VI – ROK SZKOLNY 2026/2027</w:t>
      </w:r>
    </w:p>
    <w:p>
      <w:r>
        <w:rPr>
          <w:b/>
        </w:rPr>
        <w:t xml:space="preserve">Program nauczania: </w:t>
      </w:r>
      <w:r>
        <w:t>„Holistyczna edukacja prozdrowotna w szkole podstawowej – ciało, umysł, duch. Program nauczania edukacji zdrowotnej dla klas IV–VIII szkoły podstawowej”.</w:t>
      </w:r>
    </w:p>
    <w:p>
      <w:r>
        <w:rPr>
          <w:b/>
        </w:rPr>
        <w:t xml:space="preserve">Wymagania opracowano z uwzględnieniem realizowanego w klasie VI rozkładu materiału (35 godzin), obejmującego obszary: </w:t>
      </w:r>
      <w:r>
        <w:t>wartości i postawy, zdrowie fizyczne, aktywność fizyczna, odżywianie, zdrowie psychiczne, zdrowie społeczne, dojrzewanie, zdrowie środowiskowe, internet i profilaktykę uzależnień oraz bezpieczeństwo i pierwszą pomoc.</w:t>
      </w:r>
    </w:p>
    <w:p>
      <w:r>
        <w:rPr>
          <w:b/>
          <w:sz w:val="23"/>
        </w:rPr>
        <w:t>Ocena dopuszczająca (2)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rozumie w podstawowym zakresie pojęcie zdrowia i podaje przykłady zachowań sprzyjających zdrowiu;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wymienia podstawowe zasady higieny osobistej, snu, odpoczynku i profilaktyki zdrowotnej;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sygnały organizmu, takie jak ból, gorączka czy osłabienie, i wie, kiedy zwrócić się o pomoc do osoby dorosłej;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podaje przykłady korzyści wynikających z aktywności fizycznej oraz skutków długotrwałego bezruchu;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wymienia podstawowe składniki prawidłowego odżywiania i rozpoznaje przykłady produktów korzystnych dla zdrowia;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emocje i proste objawy stresu;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zasady bezpiecznych relacji, ochrony prywatności i zachowania w internecie;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wie, że tempo dojrzewania jest zróżnicowane i wskazuje podstawowe zmiany zachodzące w okresie dojrzewania;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zagrożenia związane z nikotyną, e-papierosami, alkoholem, napojami energetycznymi i innymi zachowaniami mogącymi prowadzić do uzależnienia;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zasady wzywania pomocy i bezpiecznego reagowania w sytuacji zagrożenia.</w:t>
      </w:r>
    </w:p>
    <w:p>
      <w:r>
        <w:rPr>
          <w:b/>
          <w:sz w:val="23"/>
        </w:rPr>
        <w:t>Ocena dostateczna (3)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wyjaśnia, w jaki sposób codzienne wybory wpływają na zdrowie i podaje przykłady działań profilaktycznych;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dobiera podstawowe zasady higieny do zmian zachodzących w okresie dojrzewania oraz wyjaśnia znaczenie snu i regeneracji;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planuje prostą, bezpieczną aktywność fizyczną z uwzględnieniem rozgrzewki, wysiłku i odpoczynku;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źródła cukrów w diecie, korzysta z podstawowych informacji na etykietach i układa przykład zbilansowanego posiłku;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odróżnia głód fizjologiczny od jedzenia pod wpływem emocji oraz zna podstawowe zasady bezpieczeństwa żywieniowego;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emocje i typowe reakcje stresowe oraz podaje przykłady bezpiecznych sposobów radzenia sobie ze stresem;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cechy dobrej relacji, presję grupy, hejt i wykluczenie oraz wskazuje osoby lub miejsca, w których można uzyskać pomoc;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podstawowe zmiany fizyczne, emocjonalne i społeczne związane z dojrzewaniem;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wymienia czynniki zwiększające i zmniejszające ryzyko uzależnienia oraz zasady higieny cyfrowej;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podstawowy schemat postępowania w sytuacji, gdy ktoś potrzebuje pomocy.</w:t>
      </w:r>
    </w:p>
    <w:p>
      <w:r>
        <w:rPr>
          <w:b/>
          <w:sz w:val="23"/>
        </w:rPr>
        <w:t>Ocena dobra (4)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przykładowe decyzje zdrowotne i przewiduje ich możliwe konsekwencje;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zależności między snem, aktywnością fizyczną, odżywianiem, koncentracją, emocjami i ogólnym samopoczuciem;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samodzielnie proponuje sposoby ograniczania siedzącego trybu życia i bezpiecznego zwiększania aktywności;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porównuje produkty na podstawie składu i etykiet, ocenia zawartość cukrów oraz uzasadnia wybór pełnowartościowego posiłku;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dobiera adekwatne strategie samoregulacji w sytuacjach stresowych i potrafi wskazać, kiedy problem wymaga wsparcia dorosłego lub specjalisty;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formułuje asertywną odmowę, broni własnych granic i proponuje konstruktywne sposoby reagowania na presję, konflikt, hejt i wykluczenie;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znaczenie akceptacji zróżnicowanego tempa dojrzewania i krytycznie odnosi się do nierealistycznych wzorców wyglądu;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ryzykowne kontakty w internecie i stosuje zasady ochrony danych oraz prywatności;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mechanizm powstawania uzależnienia i analizuje wpływ substancji psychoaktywnych oraz zachowań na zdrowie;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prawidłowo omawia kolejność bezpiecznych działań i wezwania pomocy w typowej sytuacji zagrożenia.</w:t>
      </w:r>
    </w:p>
    <w:p>
      <w:r>
        <w:rPr>
          <w:b/>
          <w:sz w:val="23"/>
        </w:rPr>
        <w:t>Ocena bardzo dobra (5)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samodzielnie analizuje złożone sytuacje dotyczące zdrowia, wskazuje czynniki ryzyka i ochronne oraz uzasadnia odpowiedzialne decyzje;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łączy wiedzę z różnych obszarów zdrowia i wyjaśnia wzajemne zależności między stylem życia, zdrowiem fizycznym, psychicznym i społecznym;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krytycznie analizuje reklamy, etykiety produktów i przekazy dotyczące wyglądu oraz potrafi wskazać możliwe techniki wpływu na odbiorcę;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tworzy racjonalne propozycje posiłków i codziennych zachowań wspierających rozwijający się organizm;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dobiera i uzasadnia skuteczne strategie radzenia sobie ze stresem, trudnymi emocjami, presją grupy i porównywaniem się z innymi;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trafnie ocenia jakość relacji, rozpoznaje zachowania krzywdzące i proponuje bezpieczne sposoby uzyskania pomocy;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zagrożenia cyfrowe, świadomie tworzy zasady równowagi cyfrowej i uzasadnia znaczenie ochrony prywatności;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proces uzależnienia, ocenia konsekwencje ryzykownych zachowań i wskazuje skuteczne czynniki chroniące;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potrafi zastosować wiedzę o bezpieczeństwie i pierwszej pomocy do analizy przykładowej sytuacji oraz uzasadnić kolejność działań;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planuje własne, realistyczne działania prozdrowotne i potrafi ocenić ich możliwe efekty.</w:t>
      </w:r>
    </w:p>
    <w:p>
      <w:r>
        <w:rPr>
          <w:b/>
          <w:sz w:val="23"/>
        </w:rPr>
        <w:t>Ocena celująca (6)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spełnia wymagania na ocenę bardzo dobrą, a ponadto w sposób samodzielny, dojrzały i twórczy wykorzystuje wiedzę i umiejętności w nowych sytuacjach;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łączy informacje z różnych obszarów edukacji zdrowotnej, formułuje trafne wnioski i uzasadnia je z wykorzystaniem wiarygodnych argumentów;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krytycznie ocenia informacje dotyczące zdrowia, w tym przekazy medialne i internetowe, oraz potrafi odróżniać informacje wiarygodne od nierzetelnych;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proponuje przemyślane rozwiązania problemów związanych ze zdrowiem fizycznym, psychicznym i społecznym, bezpieczeństwem, relacjami oraz profilaktyką uzależnień;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wykazuje szczególną samodzielność w planowaniu i realizowaniu działań lub projektów prozdrowotnych oraz potrafi dokonać ich refleksyjnego podsumowania;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sprawnie wykorzystuje zdobytą wiedzę w sytuacjach praktycznych, zachowując zasady bezpieczeństwa, odpowiedzialności i szacunku wobec innych osób.</w:t>
      </w:r>
    </w:p>
    <w:p>
      <w:pPr>
        <w:spacing w:before="160"/>
      </w:pPr>
      <w:r>
        <w:rPr>
          <w:b/>
          <w:sz w:val="23"/>
        </w:rPr>
        <w:t>Uwagi dotyczące oceniania</w:t>
      </w:r>
    </w:p>
    <w:p>
      <w:pPr>
        <w:ind w:left="340" w:hanging="198"/>
      </w:pPr>
      <w:r>
        <w:rPr>
          <w:b/>
        </w:rPr>
        <w:t xml:space="preserve">• </w:t>
      </w:r>
      <w:r>
        <w:t>Przy ustalaniu oceny uwzględnia się stopień opanowania wiadomości i umiejętności określonych w wymaganiach, samodzielność ucznia, umiejętność zastosowania wiedzy w sytuacjach praktycznych oraz wykonywanie zadań przewidzianych przez nauczyciela.</w:t>
      </w:r>
    </w:p>
    <w:p>
      <w:pPr>
        <w:ind w:left="340" w:hanging="198"/>
      </w:pPr>
      <w:r>
        <w:rPr>
          <w:b/>
        </w:rPr>
        <w:t xml:space="preserve">• </w:t>
      </w:r>
      <w:r>
        <w:t>Wymagania na ocenę wyższą obejmują również wymagania przewidziane dla ocen niższych.</w:t>
      </w:r>
    </w:p>
    <w:p>
      <w:pPr>
        <w:ind w:left="340" w:hanging="198"/>
      </w:pPr>
      <w:r>
        <w:rPr>
          <w:b/>
        </w:rPr>
        <w:t xml:space="preserve">• </w:t>
      </w:r>
      <w:r>
        <w:t>Wymagania należy stosować z uwzględnieniem indywidualnych potrzeb psychofizycznych i edukacyjnych ucznia oraz zaleceń wynikających z opinii lub orzeczenia, jeżeli uczeń takie posiada.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