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WYMAGANIA EDUKACYJNE Z EDUKACJI ZDROWOTNEJ</w:t>
      </w:r>
    </w:p>
    <w:p>
      <w:pPr>
        <w:jc w:val="center"/>
      </w:pPr>
      <w:r>
        <w:rPr>
          <w:b/>
          <w:sz w:val="24"/>
        </w:rPr>
        <w:t>KLASA VIII – ROK SZKOLNY 2026/2027</w:t>
      </w:r>
    </w:p>
    <w:p>
      <w:r>
        <w:rPr>
          <w:b/>
        </w:rPr>
        <w:t xml:space="preserve">Program nauczania: </w:t>
      </w:r>
      <w:r>
        <w:t>„Holistyczna edukacja prozdrowotna w szkole podstawowej – ciało, umysł, duch. Program nauczania edukacji zdrowotnej dla klas IV–VIII szkoły podstawowej”.</w:t>
      </w:r>
    </w:p>
    <w:p>
      <w:r>
        <w:rPr>
          <w:b/>
        </w:rPr>
        <w:t>Wymagania opracowano na podstawie realizowanego w klasie VIII rozkładu materiału (35 godzin), obejmującego m.in. odpowiedzialne decyzje zdrowotne, profilaktykę i system ochrony zdrowia, aktywność fizyczną, odżywianie, zdrowie psychiczne i społeczne, dojrzewanie, zdrowie środowiskowe, higienę cyfrową, profilaktykę uzależnień, bezpieczeństwo i pierwszą pomoc.</w:t>
      </w:r>
    </w:p>
    <w:p>
      <w:r>
        <w:rPr>
          <w:b/>
          <w:sz w:val="23"/>
        </w:rPr>
        <w:t>Ocena dopuszczająca (2)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rozumie, że własne decyzje i styl życia wpływają na zdrowie obecne i przyszłe;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zna podstawowe cechy wiarygodnej informacji o zdrowiu i wie, że informacje należy sprawdzać w rzetelnych źródłach;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wymienia podstawowe działania profilaktyczne, takie jak badania, szczepienia i obserwacja organizmu, oraz wie, kiedy zwrócić się do lekarza;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rozpoznaje podstawowe miejsca i formy uzyskania pomocy w systemie ochrony zdrowia;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zna podstawowe zasady bezpiecznego stosowania leków bez recepty, antybiotyków i suplementów;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podaje znaczenie snu, regeneracji, aktywności fizycznej i racjonalnego odżywiania dla zdrowia;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rozpoznaje podstawowe emocje, stres i sygnały kryzysu psychicznego oraz wie, gdzie szukać pomocy;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zna podstawowe cechy bezpiecznych relacji, granic, odpowiedzialności i asertywności;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zna podstawowe zasady ochrony prywatności i bezpieczeństwa cyfrowego;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rozpoznaje podstawowe zagrożenia związane z nikotyną, e-papierosami, alkoholem i innymi substancjami psychoaktywnymi;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zna numer alarmowy, podstawowy schemat wezwania pomocy i wie, czym jest RKO.</w:t>
      </w:r>
    </w:p>
    <w:p>
      <w:r>
        <w:rPr>
          <w:b/>
          <w:sz w:val="23"/>
        </w:rPr>
        <w:t>Ocena dostateczna (3)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opisuje konsekwencje wybranych decyzji zdrowotnych i wskazuje działania służące profilaktyce;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odróżnia wiarygodną informację zdrowotną od prostych przykładów manipulacji i pseudonauki;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wyjaśnia, kiedy objawy wymagają konsultacji medycznej i wskazuje podstawowe sposoby korzystania z systemu ochrony zdrowia;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wyjaśnia zagrożenia wynikające z samoleczenia, niewłaściwego stosowania antybiotyków i nieuzasadnionej suplementacji;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planuje podstawową aktywność fizyczną oraz racjonalny sposób żywienia bez restrykcyjnych skrajności;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rozpoznaje sygnały zaburzonej relacji z jedzeniem i wie, że wymagają one wsparcia osoby dorosłej lub specjalisty;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opisuje proste strategie samoregulacji, radzenia sobie ze stresem egzaminacyjnym i niepowodzeniem;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rozpoznaje relacje wspierające i krzywdzące, presję, manipulację i podstawowe czerwone flagi przemocy lub kontroli;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wyjaśnia, jak internet i media społecznościowe mogą wpływać na uwagę, nastrój, samoocenę i zachowania;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wyjaśnia podstawowy mechanizm uzależnienia oraz wskazuje czynniki ryzyka i czynniki chroniące;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opisuje kolejność działań w typowej sytuacji zagrożenia, w tym ocenę bezpieczeństwa, wezwanie pomocy i podstawowe działania ratownicze.</w:t>
      </w:r>
    </w:p>
    <w:p>
      <w:r>
        <w:rPr>
          <w:b/>
          <w:sz w:val="23"/>
        </w:rPr>
        <w:t>Ocena dobra (4)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analizuje przykładowe decyzje zdrowotne i przewiduje ich możliwe skutki w bliższej i dalszej perspektywie;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weryfikuje źródło, autora i jakość informacji zdrowotnej oraz wskazuje cechy manipulacji;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wyjaśnia znaczenie badań, szczepień i obserwacji organizmu oraz dobiera odpowiednią formę pomocy do przykładowej sytuacji;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analizuje ryzyko związane z lekami, antybiotykami, suplementami oraz nierzetelnymi poradami zdrowotnymi;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dobiera aktywność fizyczną do możliwości i stylu życia, uwzględniając zasady treningu, regeneracji i zapobiegania urazom;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analizuje składniki odżywcze, zapotrzebowanie nastolatka, etykiety i przekazy marketingowe oraz rozpoznaje ryzykowne trendy dietetyczne;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stosuje konstruktywne strategie regulacji emocji, radzenia sobie ze stresem i budowania odporności psychicznej;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analizuje presję wyglądu, wpływ mediów na obraz ciała oraz rozpoznaje sytuacje wymagające szybkiego wsparcia dorosłych lub specjalistów;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stosuje asertywne sposoby reagowania na presję, namawianie i manipulację oraz rozpoznaje zachowania kontrolujące i przemocowe;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wyjaśnia wpływ środowiska, jakości powietrza, klimatu, hałasu i przestrzeni na zdrowie;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analizuje wpływ algorytmów, nagrody, nawyku i przeciążenia informacyjnego oraz stosuje zasady ochrony danych i wizerunku;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wyjaśnia skutki używania substancji psychoaktywnych i prawidłowo analizuje typową sytuację wymagającą pierwszej pomocy.</w:t>
      </w:r>
    </w:p>
    <w:p>
      <w:r>
        <w:rPr>
          <w:b/>
          <w:sz w:val="23"/>
        </w:rPr>
        <w:t>Ocena bardzo dobra (5)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samodzielnie analizuje złożone decyzje zdrowotne, ocenia ryzyko i korzyści oraz uzasadnia odpowiedzialne wybory;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krytycznie ocenia informacje zdrowotne, porównuje źródła, rozpoznaje manipulację i pseudonaukowe zalecenia;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sprawnie wykorzystuje wiedzę o profilaktyce i systemie ochrony zdrowia do wskazania właściwej drogi postępowania w różnych sytuacjach;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uzasadnia zasady odpowiedzialnego korzystania z leków, antybiotyków i suplementów oraz wskazuje ryzyko samoleczenia;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łączy wiedzę o śnie, regeneracji, aktywności i odżywianiu, tworząc racjonalne rozwiązania dostosowane do potrzeb nastolatka;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krytycznie analizuje diety redukcyjne, detoksy i trendy internetowe oraz rozpoznaje sygnały zaburzonej relacji z jedzeniem;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rozpoznaje sygnały kryzysu psychicznego u siebie lub innych, zna granice pomocy rówieśniczej i wskazuje potrzebę wsparcia dorosłych lub specjalistów;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analizuje mechanizmy presji, manipulacji, kontroli i przemocy w relacjach oraz proponuje bezpieczne sposoby uzyskania pomocy;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krytycznie analizuje wpływ mediów społecznościowych i algorytmów na dobrostan, porównywanie się, uwagę i zachowania;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wyjaśnia mechanizm rozwoju uzależnienia, konsekwencje nikotyny, alkoholu i innych substancji oraz techniki marketingowe zwiększające ryzyko;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stosuje wiedzę o pierwszej pomocy do analizy sytuacji, omawia podstawowe zasady RKO i dobiera właściwe działania do typowych nagłych zdarzeń;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tworzy realistyczny plan dbania o zdrowie na kolejny etap życia, integrując różne obszary zdrowia.</w:t>
      </w:r>
    </w:p>
    <w:p>
      <w:r>
        <w:rPr>
          <w:b/>
          <w:sz w:val="23"/>
        </w:rPr>
        <w:t>Ocena celująca (6)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spełnia wymagania na ocenę bardzo dobrą, a ponadto samodzielnie, dojrzale i twórczo wykorzystuje wiedzę w nowych i złożonych sytuacjach;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porównuje i krytycznie ocenia różne źródła informacji zdrowotnych, trafnie identyfikuje mechanizmy manipulacji i uzasadnia własne wnioski;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integruje wiedzę dotyczącą zdrowia fizycznego, psychicznego, społecznego, cyfrowego i środowiskowego oraz formułuje rozwiązania uwzględniające długofalowe konsekwencje;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samodzielnie analizuje sytuacje związane z kryzysem psychicznym, zaburzoną relacją z jedzeniem, przemocą lub uzależnieniem i wskazuje właściwe, bezpieczne drogi uzyskania profesjonalnej pomocy;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wykazuje szczególną samodzielność w planowaniu i realizowaniu działań lub projektów prozdrowotnych oraz potrafi rzeczowo ocenić ich efekty;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sprawnie wykorzystuje zdobytą wiedzę w sytuacjach praktycznych, w tym dotyczących pierwszej pomocy, odpowiedzialnych decyzji i korzystania z systemu ochrony zdrowia.</w:t>
      </w:r>
    </w:p>
    <w:p>
      <w:r>
        <w:rPr>
          <w:b/>
          <w:sz w:val="23"/>
        </w:rPr>
        <w:t>Uwagi dotyczące oceniania</w:t>
      </w:r>
    </w:p>
    <w:p>
      <w:pPr>
        <w:ind w:left="340" w:hanging="198"/>
      </w:pPr>
      <w:r>
        <w:rPr>
          <w:b/>
        </w:rPr>
        <w:t xml:space="preserve">• </w:t>
      </w:r>
      <w:r>
        <w:t>Przy ustalaniu oceny uwzględnia się stopień opanowania wiadomości i umiejętności określonych w wymaganiach, samodzielność ucznia, umiejętność zastosowania wiedzy w sytuacjach praktycznych oraz wykonywanie zadań przewidzianych przez nauczyciela.</w:t>
      </w:r>
    </w:p>
    <w:p>
      <w:pPr>
        <w:ind w:left="340" w:hanging="198"/>
      </w:pPr>
      <w:r>
        <w:rPr>
          <w:b/>
        </w:rPr>
        <w:t xml:space="preserve">• </w:t>
      </w:r>
      <w:r>
        <w:t>Wymagania na ocenę wyższą obejmują również wymagania przewidziane dla ocen niższych.</w:t>
      </w:r>
    </w:p>
    <w:p>
      <w:pPr>
        <w:ind w:left="340" w:hanging="198"/>
      </w:pPr>
      <w:r>
        <w:rPr>
          <w:b/>
        </w:rPr>
        <w:t xml:space="preserve">• </w:t>
      </w:r>
      <w:r>
        <w:t>Wymagania należy stosować z uwzględnieniem indywidualnych potrzeb psychofizycznych i edukacyjnych ucznia oraz zaleceń wynikających z opinii lub orzeczenia, jeżeli uczeń takie posiada.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