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F72F" w14:textId="39BE456D" w:rsidR="0036336B" w:rsidRDefault="008C433D">
      <w:pPr>
        <w:jc w:val="center"/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38C0084D" wp14:editId="7DC2EAFF">
            <wp:simplePos x="0" y="0"/>
            <wp:positionH relativeFrom="column">
              <wp:posOffset>-151765</wp:posOffset>
            </wp:positionH>
            <wp:positionV relativeFrom="paragraph">
              <wp:posOffset>318135</wp:posOffset>
            </wp:positionV>
            <wp:extent cx="859685" cy="655320"/>
            <wp:effectExtent l="0" t="0" r="0" b="0"/>
            <wp:wrapNone/>
            <wp:docPr id="158957643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68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</w:rPr>
        <w:t>REGULAMIN MIĘDZYNARODOWEGO KONKURSU</w:t>
      </w:r>
      <w:r>
        <w:rPr>
          <w:b/>
          <w:sz w:val="28"/>
        </w:rPr>
        <w:br/>
      </w:r>
      <w:r w:rsidRPr="008C433D">
        <w:rPr>
          <w:b/>
          <w:sz w:val="32"/>
          <w:szCs w:val="24"/>
        </w:rPr>
        <w:t>„S</w:t>
      </w:r>
      <w:r w:rsidR="00CB6E55" w:rsidRPr="008C433D">
        <w:rPr>
          <w:b/>
          <w:sz w:val="32"/>
          <w:szCs w:val="24"/>
        </w:rPr>
        <w:t>ERCE SZYDEŁKOWE – ŻYCIE ZDROWE</w:t>
      </w:r>
      <w:r w:rsidRPr="008C433D">
        <w:rPr>
          <w:b/>
          <w:sz w:val="32"/>
          <w:szCs w:val="24"/>
        </w:rPr>
        <w:t>”</w:t>
      </w:r>
    </w:p>
    <w:p w14:paraId="4CF4969F" w14:textId="247A0FB3" w:rsidR="0036336B" w:rsidRDefault="00000000">
      <w:pPr>
        <w:jc w:val="center"/>
        <w:rPr>
          <w:i/>
          <w:sz w:val="22"/>
        </w:rPr>
      </w:pPr>
      <w:r>
        <w:rPr>
          <w:i/>
          <w:sz w:val="22"/>
        </w:rPr>
        <w:t>organizowanego w ramach międzynarodowej akcji „Czytamy z sercem”</w:t>
      </w:r>
      <w:r w:rsidR="004A1D9B">
        <w:rPr>
          <w:i/>
          <w:sz w:val="22"/>
        </w:rPr>
        <w:t>.</w:t>
      </w:r>
    </w:p>
    <w:p w14:paraId="17C164CD" w14:textId="79B90317" w:rsidR="00333ED1" w:rsidRDefault="00C736BE">
      <w:pPr>
        <w:jc w:val="center"/>
        <w:rPr>
          <w:i/>
          <w:sz w:val="22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0FAC60B2" wp14:editId="7BEAFC1C">
            <wp:simplePos x="0" y="0"/>
            <wp:positionH relativeFrom="column">
              <wp:posOffset>2994025</wp:posOffset>
            </wp:positionH>
            <wp:positionV relativeFrom="paragraph">
              <wp:posOffset>50800</wp:posOffset>
            </wp:positionV>
            <wp:extent cx="2072640" cy="1130190"/>
            <wp:effectExtent l="0" t="0" r="3810" b="0"/>
            <wp:wrapNone/>
            <wp:docPr id="18978639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1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F1AD1F" w14:textId="68C41522" w:rsidR="00333ED1" w:rsidRDefault="00333ED1">
      <w:pPr>
        <w:jc w:val="center"/>
      </w:pPr>
    </w:p>
    <w:p w14:paraId="1DDFB989" w14:textId="54E818C2" w:rsidR="00333ED1" w:rsidRDefault="00333ED1">
      <w:pPr>
        <w:jc w:val="center"/>
      </w:pPr>
    </w:p>
    <w:p w14:paraId="5684DFC0" w14:textId="77777777" w:rsidR="00C736BE" w:rsidRDefault="00C736BE">
      <w:pPr>
        <w:jc w:val="center"/>
      </w:pPr>
    </w:p>
    <w:p w14:paraId="5E4335B7" w14:textId="24595AEE" w:rsidR="0036336B" w:rsidRDefault="00000000">
      <w:pPr>
        <w:spacing w:before="160" w:after="80"/>
      </w:pPr>
      <w:r>
        <w:rPr>
          <w:b/>
          <w:sz w:val="24"/>
        </w:rPr>
        <w:t>§ 1. Postanowienia ogólne</w:t>
      </w:r>
    </w:p>
    <w:p w14:paraId="53709328" w14:textId="4F477FCF" w:rsidR="0036336B" w:rsidRDefault="00000000" w:rsidP="00B761CA">
      <w:pPr>
        <w:pStyle w:val="Listanumerowana"/>
        <w:numPr>
          <w:ilvl w:val="0"/>
          <w:numId w:val="30"/>
        </w:numPr>
        <w:spacing w:after="40"/>
      </w:pPr>
      <w:r>
        <w:t xml:space="preserve">Organizatorem konkursu „Szydełkowe serce – serce dla zdrowia”, zwanego dalej „Konkursem”, jest </w:t>
      </w:r>
      <w:r w:rsidR="007917F7">
        <w:t xml:space="preserve">Szkoła Podstawowa nr 37 z Oddziałami Dwujęzycznymi im. Kornela Makuszyńskiego </w:t>
      </w:r>
      <w:r w:rsidR="00CB6E55">
        <w:br/>
      </w:r>
      <w:r>
        <w:t xml:space="preserve">z siedzibą w </w:t>
      </w:r>
      <w:r w:rsidR="007917F7">
        <w:t>Tychach</w:t>
      </w:r>
      <w:r>
        <w:t>.</w:t>
      </w:r>
    </w:p>
    <w:p w14:paraId="20CA5208" w14:textId="6D18340C" w:rsidR="0036336B" w:rsidRDefault="00000000" w:rsidP="00B761CA">
      <w:pPr>
        <w:pStyle w:val="Listanumerowana"/>
        <w:numPr>
          <w:ilvl w:val="0"/>
          <w:numId w:val="30"/>
        </w:numPr>
        <w:spacing w:after="40"/>
      </w:pPr>
      <w:r>
        <w:t xml:space="preserve">Konkurs organizowany jest w ramach międzynarodowej akcji „Czytamy z sercem”, której celem jest promowanie czytelnictwa oraz kształtowanie świadomości dotyczącej zdrowego stylu życia </w:t>
      </w:r>
      <w:r w:rsidR="00CB6E55">
        <w:br/>
      </w:r>
      <w:r>
        <w:t>i profilaktyki chorób serca i układu krążenia.</w:t>
      </w:r>
    </w:p>
    <w:p w14:paraId="0CB9B0FC" w14:textId="656DB919" w:rsidR="0036336B" w:rsidRDefault="00000000" w:rsidP="00B761CA">
      <w:pPr>
        <w:pStyle w:val="Listanumerowana"/>
        <w:numPr>
          <w:ilvl w:val="0"/>
          <w:numId w:val="30"/>
        </w:numPr>
        <w:spacing w:after="40"/>
      </w:pPr>
      <w:r>
        <w:t>Konkurs ma charakter między</w:t>
      </w:r>
      <w:r w:rsidR="008C433D">
        <w:t>narodowy</w:t>
      </w:r>
      <w:r>
        <w:t xml:space="preserve"> i jest skierowany do uczniów szkół podstawowych oraz ponadpodstawowych.</w:t>
      </w:r>
    </w:p>
    <w:p w14:paraId="4AC7703D" w14:textId="2BE1E27F" w:rsidR="0036336B" w:rsidRDefault="00000000" w:rsidP="00B761CA">
      <w:pPr>
        <w:pStyle w:val="Listanumerowana"/>
        <w:numPr>
          <w:ilvl w:val="0"/>
          <w:numId w:val="30"/>
        </w:numPr>
        <w:spacing w:after="40"/>
      </w:pPr>
      <w:r>
        <w:t>Udział w Konkursie jest bezpłatny.</w:t>
      </w:r>
    </w:p>
    <w:p w14:paraId="6029B2F1" w14:textId="36ED2F4A" w:rsidR="0036336B" w:rsidRDefault="00000000" w:rsidP="00B761CA">
      <w:pPr>
        <w:pStyle w:val="Listanumerowana"/>
        <w:numPr>
          <w:ilvl w:val="0"/>
          <w:numId w:val="30"/>
        </w:numPr>
        <w:spacing w:after="40"/>
      </w:pPr>
      <w:r>
        <w:t xml:space="preserve">Konkurs odbywa się w terminie od </w:t>
      </w:r>
      <w:r w:rsidR="007917F7">
        <w:t>22 września</w:t>
      </w:r>
      <w:r>
        <w:t xml:space="preserve"> do 30 października 2026 r.</w:t>
      </w:r>
    </w:p>
    <w:p w14:paraId="43CF3C6A" w14:textId="5AD7C06C" w:rsidR="004A1D9B" w:rsidRDefault="004A1D9B" w:rsidP="00B761CA">
      <w:pPr>
        <w:pStyle w:val="Listanumerowana"/>
        <w:numPr>
          <w:ilvl w:val="0"/>
          <w:numId w:val="30"/>
        </w:numPr>
        <w:spacing w:after="40"/>
      </w:pPr>
      <w:r>
        <w:t>Z uczestnictwa w Konkursie wyłączeni są uczniowie ze szkoły Organizatora.</w:t>
      </w:r>
    </w:p>
    <w:p w14:paraId="6F0471D2" w14:textId="77777777" w:rsidR="008C433D" w:rsidRDefault="00000000" w:rsidP="00B761CA">
      <w:pPr>
        <w:pStyle w:val="Listanumerowana"/>
        <w:numPr>
          <w:ilvl w:val="0"/>
          <w:numId w:val="30"/>
        </w:numPr>
        <w:spacing w:after="40"/>
      </w:pPr>
      <w:r>
        <w:t>Przystąpienie do Konkursu oznacza akceptację niniejszego Regulaminu.</w:t>
      </w:r>
    </w:p>
    <w:p w14:paraId="5FC625AE" w14:textId="77777777" w:rsidR="008C433D" w:rsidRDefault="008C433D" w:rsidP="008C433D">
      <w:pPr>
        <w:pStyle w:val="Listanumerowana"/>
        <w:numPr>
          <w:ilvl w:val="0"/>
          <w:numId w:val="0"/>
        </w:numPr>
        <w:spacing w:after="40"/>
        <w:ind w:left="360"/>
        <w:rPr>
          <w:b/>
          <w:sz w:val="24"/>
        </w:rPr>
      </w:pPr>
    </w:p>
    <w:p w14:paraId="5C2B77A8" w14:textId="53863C5A" w:rsidR="0036336B" w:rsidRDefault="00000000" w:rsidP="00B761CA">
      <w:pPr>
        <w:pStyle w:val="Listanumerowana"/>
        <w:numPr>
          <w:ilvl w:val="0"/>
          <w:numId w:val="0"/>
        </w:numPr>
        <w:spacing w:after="40"/>
        <w:ind w:left="360" w:hanging="360"/>
      </w:pPr>
      <w:r w:rsidRPr="008C433D">
        <w:rPr>
          <w:b/>
          <w:sz w:val="24"/>
        </w:rPr>
        <w:t>§ 2. Cele Konkursu</w:t>
      </w:r>
    </w:p>
    <w:p w14:paraId="0A9A4EFC" w14:textId="55841BAA" w:rsidR="0036336B" w:rsidRDefault="00263415" w:rsidP="00B761CA">
      <w:pPr>
        <w:pStyle w:val="Listanumerowana"/>
        <w:numPr>
          <w:ilvl w:val="0"/>
          <w:numId w:val="31"/>
        </w:numPr>
        <w:spacing w:after="40"/>
        <w:ind w:left="426" w:hanging="426"/>
      </w:pPr>
      <w:r>
        <w:t>Promowanie zdrowego stylu życia i troski o zdrowie serca.</w:t>
      </w:r>
    </w:p>
    <w:p w14:paraId="5CD4E30D" w14:textId="44686084" w:rsidR="0036336B" w:rsidRDefault="00263415" w:rsidP="00B761CA">
      <w:pPr>
        <w:pStyle w:val="Listanumerowana"/>
        <w:numPr>
          <w:ilvl w:val="0"/>
          <w:numId w:val="31"/>
        </w:numPr>
        <w:spacing w:after="40"/>
        <w:ind w:left="426" w:hanging="426"/>
      </w:pPr>
      <w:r>
        <w:t xml:space="preserve">Rozwijanie świadomości dzieci i młodzieży w zakresie profilaktyki chorób serca i układu </w:t>
      </w:r>
      <w:r w:rsidR="00B761CA">
        <w:t xml:space="preserve">                                                                                    </w:t>
      </w:r>
      <w:r>
        <w:t>krążenia.</w:t>
      </w:r>
    </w:p>
    <w:p w14:paraId="6E174AD4" w14:textId="10555C0D" w:rsidR="0036336B" w:rsidRDefault="00263415" w:rsidP="00B761CA">
      <w:pPr>
        <w:pStyle w:val="Listanumerowana"/>
        <w:numPr>
          <w:ilvl w:val="0"/>
          <w:numId w:val="31"/>
        </w:numPr>
        <w:spacing w:after="40"/>
        <w:ind w:left="426" w:hanging="426"/>
      </w:pPr>
      <w:r>
        <w:t>Propagowanie idei akcji „Czytamy z sercem”.</w:t>
      </w:r>
    </w:p>
    <w:p w14:paraId="0E9E9071" w14:textId="60CCBE0B" w:rsidR="0036336B" w:rsidRDefault="00263415" w:rsidP="00B761CA">
      <w:pPr>
        <w:pStyle w:val="Listanumerowana"/>
        <w:numPr>
          <w:ilvl w:val="0"/>
          <w:numId w:val="31"/>
        </w:numPr>
        <w:spacing w:after="40"/>
        <w:ind w:left="426" w:hanging="426"/>
      </w:pPr>
      <w:r>
        <w:t>Rozwijanie kreatywności, wyobraźni i zdolności manualnych uczniów.</w:t>
      </w:r>
    </w:p>
    <w:p w14:paraId="74180867" w14:textId="3F907899" w:rsidR="0036336B" w:rsidRDefault="00263415" w:rsidP="00B761CA">
      <w:pPr>
        <w:pStyle w:val="Listanumerowana"/>
        <w:numPr>
          <w:ilvl w:val="0"/>
          <w:numId w:val="31"/>
        </w:numPr>
        <w:spacing w:after="40"/>
        <w:ind w:left="426" w:hanging="426"/>
      </w:pPr>
      <w:r>
        <w:t>Popularyzowanie rękodzieła, w szczególności techniki szydełkowania.</w:t>
      </w:r>
    </w:p>
    <w:p w14:paraId="590750F3" w14:textId="6016DF1F" w:rsidR="0036336B" w:rsidRDefault="00263415" w:rsidP="00B761CA">
      <w:pPr>
        <w:pStyle w:val="Listanumerowana"/>
        <w:numPr>
          <w:ilvl w:val="0"/>
          <w:numId w:val="31"/>
        </w:numPr>
        <w:spacing w:after="40"/>
        <w:ind w:left="426" w:hanging="426"/>
      </w:pPr>
      <w:r>
        <w:t>Zachęcanie do twórczego i aktywnego spędzania czasu;</w:t>
      </w:r>
    </w:p>
    <w:p w14:paraId="08B96C19" w14:textId="3EF21036" w:rsidR="0036336B" w:rsidRDefault="00263415" w:rsidP="00B761CA">
      <w:pPr>
        <w:pStyle w:val="Listanumerowana"/>
        <w:numPr>
          <w:ilvl w:val="0"/>
          <w:numId w:val="31"/>
        </w:numPr>
        <w:spacing w:after="40"/>
        <w:ind w:left="426" w:hanging="426"/>
      </w:pPr>
      <w:r>
        <w:t>Integracja społeczności szkolnych oraz stworzenie okazji do wspólnego działania na rzecz promocji zdrowia.</w:t>
      </w:r>
    </w:p>
    <w:p w14:paraId="4C74AB30" w14:textId="77777777" w:rsidR="0036336B" w:rsidRDefault="00000000">
      <w:pPr>
        <w:spacing w:before="160" w:after="80"/>
      </w:pPr>
      <w:r>
        <w:rPr>
          <w:b/>
          <w:sz w:val="24"/>
        </w:rPr>
        <w:t>§ 3. Uczestnicy Konkursu</w:t>
      </w:r>
    </w:p>
    <w:p w14:paraId="32D81B71" w14:textId="77777777" w:rsidR="0036336B" w:rsidRDefault="00000000" w:rsidP="00B761CA">
      <w:pPr>
        <w:pStyle w:val="Listanumerowana"/>
        <w:numPr>
          <w:ilvl w:val="0"/>
          <w:numId w:val="32"/>
        </w:numPr>
        <w:spacing w:after="40"/>
        <w:ind w:left="426" w:hanging="426"/>
      </w:pPr>
      <w:r>
        <w:t>Konkurs skierowany jest do uczniów szkół podstawowych i szkół ponadpodstawowych.</w:t>
      </w:r>
    </w:p>
    <w:p w14:paraId="27A19113" w14:textId="381AF200" w:rsidR="0036336B" w:rsidRDefault="00000000" w:rsidP="00B761CA">
      <w:pPr>
        <w:pStyle w:val="Listanumerowana"/>
        <w:numPr>
          <w:ilvl w:val="0"/>
          <w:numId w:val="32"/>
        </w:numPr>
        <w:spacing w:after="40"/>
        <w:ind w:left="426" w:hanging="426"/>
      </w:pPr>
      <w:r>
        <w:t xml:space="preserve">Każda szkoła może zgłosić do Konkursu maksymalnie 3 </w:t>
      </w:r>
      <w:r w:rsidR="007917F7">
        <w:t>prace</w:t>
      </w:r>
      <w:r>
        <w:t>.</w:t>
      </w:r>
    </w:p>
    <w:p w14:paraId="7C474344" w14:textId="77777777" w:rsidR="0036336B" w:rsidRDefault="00000000" w:rsidP="00B761CA">
      <w:pPr>
        <w:pStyle w:val="Listanumerowana"/>
        <w:numPr>
          <w:ilvl w:val="0"/>
          <w:numId w:val="32"/>
        </w:numPr>
        <w:spacing w:after="40"/>
        <w:ind w:left="426" w:hanging="426"/>
      </w:pPr>
      <w:r>
        <w:t>Prace mogą być wykonane przez uczniów indywidualnie lub w ramach pracy grupowej.</w:t>
      </w:r>
    </w:p>
    <w:p w14:paraId="76B538F3" w14:textId="559361ED" w:rsidR="004A1D9B" w:rsidRDefault="00000000" w:rsidP="004A1D9B">
      <w:pPr>
        <w:pStyle w:val="Listanumerowana"/>
        <w:numPr>
          <w:ilvl w:val="0"/>
          <w:numId w:val="32"/>
        </w:numPr>
        <w:spacing w:after="40"/>
        <w:ind w:left="426" w:hanging="426"/>
      </w:pPr>
      <w:r>
        <w:t>W przypadku uczestników niepełnoletnich zgłoszenia dokonuje szkoła lub nauczyciel/opiekun za zgodą rodzica/opiekuna prawnego, zgodnie z zasadami określonymi w niniejszym Regulaminie.</w:t>
      </w:r>
    </w:p>
    <w:p w14:paraId="0FCAD0C1" w14:textId="77777777" w:rsidR="0036336B" w:rsidRDefault="00000000">
      <w:pPr>
        <w:spacing w:before="160" w:after="80"/>
      </w:pPr>
      <w:r>
        <w:rPr>
          <w:b/>
          <w:sz w:val="24"/>
        </w:rPr>
        <w:t>§ 4. Zadanie konkursowe</w:t>
      </w:r>
    </w:p>
    <w:p w14:paraId="72B73D00" w14:textId="7D024C6C" w:rsidR="0036336B" w:rsidRDefault="00000000">
      <w:pPr>
        <w:pStyle w:val="Listanumerowana"/>
        <w:spacing w:after="40"/>
      </w:pPr>
      <w:r>
        <w:t>Zadaniem uczestników jest wykonanie szydełkowego serca – pracy przestrzennej lub płaskiej, wykonanej dowolną techniką szydełko</w:t>
      </w:r>
      <w:r w:rsidR="00AF2D7D">
        <w:t>wania</w:t>
      </w:r>
      <w:r>
        <w:t>.</w:t>
      </w:r>
    </w:p>
    <w:p w14:paraId="7AAC0E60" w14:textId="77777777" w:rsidR="0036336B" w:rsidRDefault="00000000">
      <w:pPr>
        <w:pStyle w:val="Listanumerowana"/>
        <w:spacing w:after="40"/>
      </w:pPr>
      <w:r>
        <w:lastRenderedPageBreak/>
        <w:t>Praca powinna nawiązywać tematycznie do serca i jego znaczenia dla życia człowieka, zdrowego stylu życia, troski o zdrowie, profilaktyki chorób serca i układu krążenia oraz idei akcji „Czytamy z sercem”.</w:t>
      </w:r>
    </w:p>
    <w:p w14:paraId="35B06FF0" w14:textId="77777777" w:rsidR="0036336B" w:rsidRDefault="00000000">
      <w:pPr>
        <w:pStyle w:val="Listanumerowana"/>
        <w:spacing w:after="40"/>
      </w:pPr>
      <w:r>
        <w:t>Uczestnicy mają swobodę w zakresie kształtu i formy pracy, kolorystyki, rodzaju wykorzystanej włóczki lub innych materiałów oraz zastosowanych wzorów i elementów dekoracyjnych.</w:t>
      </w:r>
    </w:p>
    <w:p w14:paraId="4CC315CA" w14:textId="77777777" w:rsidR="0036336B" w:rsidRDefault="00000000">
      <w:pPr>
        <w:pStyle w:val="Listanumerowana"/>
        <w:spacing w:after="40"/>
      </w:pPr>
      <w:r>
        <w:t>Praca powinna być wykonana przede wszystkim techniką szydełkowania. Dopuszcza się wykorzystanie dodatkowych materiałów dekoracyjnych, o ile nie dominują one nad elementami wykonanymi na szydełku.</w:t>
      </w:r>
    </w:p>
    <w:p w14:paraId="7327CAC9" w14:textId="77777777" w:rsidR="0036336B" w:rsidRDefault="00000000">
      <w:pPr>
        <w:pStyle w:val="Listanumerowana"/>
        <w:spacing w:after="40"/>
      </w:pPr>
      <w:r>
        <w:t>Praca powinna być wykonana w sposób trwały i umożliwiający jej bezpieczne zaprezentowanie podczas wystawy lub ekspozycji.</w:t>
      </w:r>
    </w:p>
    <w:p w14:paraId="1D021954" w14:textId="7758B460" w:rsidR="000E3E2C" w:rsidRDefault="000E3E2C">
      <w:pPr>
        <w:pStyle w:val="Listanumerowana"/>
        <w:spacing w:after="40"/>
      </w:pPr>
      <w:r>
        <w:t>Praca powinna być wykonana samodzielnie, wyłącznie przez autorów pracy.</w:t>
      </w:r>
    </w:p>
    <w:p w14:paraId="589B6A25" w14:textId="77777777" w:rsidR="0036336B" w:rsidRDefault="00000000">
      <w:pPr>
        <w:pStyle w:val="Listanumerowana"/>
        <w:spacing w:after="40"/>
      </w:pPr>
      <w:r>
        <w:t>Do każdej pracy należy dołączyć kartę zgłoszenia zawierającą: imię i nazwisko autora/autorki lub nazwę zespołu, klasę, nazwę i adres szkoły, imię i nazwisko nauczyciela/opiekuna, dane kontaktowe szkoły oraz tytuł pracy.</w:t>
      </w:r>
    </w:p>
    <w:p w14:paraId="5D43E149" w14:textId="77777777" w:rsidR="0036336B" w:rsidRDefault="00000000">
      <w:pPr>
        <w:pStyle w:val="Listanumerowana"/>
        <w:spacing w:after="40"/>
      </w:pPr>
      <w:r>
        <w:t>Praca powinna być autorskim wykonaniem uczestnika/uczestników. Niedopuszczalne jest zgłaszanie prac skopiowanych lub wykonanych przez osoby trzecie.</w:t>
      </w:r>
    </w:p>
    <w:p w14:paraId="2BFB548A" w14:textId="67D07AEE" w:rsidR="0036336B" w:rsidRDefault="00000000">
      <w:pPr>
        <w:spacing w:before="160" w:after="80"/>
      </w:pPr>
      <w:r>
        <w:rPr>
          <w:b/>
          <w:sz w:val="24"/>
        </w:rPr>
        <w:t xml:space="preserve">§ </w:t>
      </w:r>
      <w:r w:rsidR="00B761CA">
        <w:rPr>
          <w:b/>
          <w:sz w:val="24"/>
        </w:rPr>
        <w:t>5</w:t>
      </w:r>
      <w:r>
        <w:rPr>
          <w:b/>
          <w:sz w:val="24"/>
        </w:rPr>
        <w:t>. Termin i sposób zgłaszania prac</w:t>
      </w:r>
    </w:p>
    <w:p w14:paraId="6D33C84A" w14:textId="77777777" w:rsidR="00905D38" w:rsidRDefault="00000000" w:rsidP="00B761CA">
      <w:pPr>
        <w:pStyle w:val="Listanumerowana"/>
        <w:numPr>
          <w:ilvl w:val="0"/>
          <w:numId w:val="33"/>
        </w:numPr>
        <w:spacing w:after="40"/>
        <w:ind w:left="426" w:hanging="426"/>
      </w:pPr>
      <w:r>
        <w:t xml:space="preserve">Prace należy dostarczyć do siedziby Organizatora lub przesłać na adres: </w:t>
      </w:r>
      <w:r w:rsidR="00905D38">
        <w:t xml:space="preserve">Szkoła Podstawowa </w:t>
      </w:r>
    </w:p>
    <w:p w14:paraId="63E708C0" w14:textId="76979EA3" w:rsidR="0036336B" w:rsidRDefault="00905D38" w:rsidP="00B761CA">
      <w:pPr>
        <w:pStyle w:val="Listanumerowana"/>
        <w:numPr>
          <w:ilvl w:val="0"/>
          <w:numId w:val="0"/>
        </w:numPr>
        <w:spacing w:after="40"/>
        <w:ind w:left="426"/>
      </w:pPr>
      <w:r>
        <w:t xml:space="preserve">nr 37 z Oddziałami Dwujęzycznymi im. Kornela Makuszyńskiego, ul. Konecznego 1, </w:t>
      </w:r>
      <w:r>
        <w:br/>
        <w:t>43-100 Tychy.</w:t>
      </w:r>
    </w:p>
    <w:p w14:paraId="314786B1" w14:textId="77777777" w:rsidR="0036336B" w:rsidRDefault="00000000" w:rsidP="00B761CA">
      <w:pPr>
        <w:pStyle w:val="Listanumerowana"/>
        <w:numPr>
          <w:ilvl w:val="0"/>
          <w:numId w:val="33"/>
        </w:numPr>
        <w:spacing w:after="40"/>
        <w:ind w:left="426" w:hanging="426"/>
      </w:pPr>
      <w:r>
        <w:t>Ostateczny termin nadsyłania prac upływa 30 października 2026 r.</w:t>
      </w:r>
    </w:p>
    <w:p w14:paraId="2006FF15" w14:textId="7E978D7E" w:rsidR="0036336B" w:rsidRDefault="00000000" w:rsidP="00B761CA">
      <w:pPr>
        <w:pStyle w:val="Listanumerowana"/>
        <w:numPr>
          <w:ilvl w:val="0"/>
          <w:numId w:val="33"/>
        </w:numPr>
        <w:spacing w:after="40"/>
        <w:ind w:left="426" w:hanging="426"/>
      </w:pPr>
      <w:r>
        <w:t xml:space="preserve">W przypadku przesyłek pocztowych decyduje data </w:t>
      </w:r>
      <w:r w:rsidR="00905D38">
        <w:t>stemple pocztowego.</w:t>
      </w:r>
    </w:p>
    <w:p w14:paraId="477486BF" w14:textId="77777777" w:rsidR="0036336B" w:rsidRDefault="00000000" w:rsidP="00B761CA">
      <w:pPr>
        <w:pStyle w:val="Listanumerowana"/>
        <w:numPr>
          <w:ilvl w:val="0"/>
          <w:numId w:val="33"/>
        </w:numPr>
        <w:spacing w:after="40"/>
        <w:ind w:left="426" w:hanging="426"/>
      </w:pPr>
      <w:r>
        <w:t>Prace dostarczone po terminie mogą nie zostać zakwalifikowane do Konkursu.</w:t>
      </w:r>
    </w:p>
    <w:p w14:paraId="5C62171D" w14:textId="77777777" w:rsidR="0036336B" w:rsidRDefault="00000000" w:rsidP="00B761CA">
      <w:pPr>
        <w:pStyle w:val="Listanumerowana"/>
        <w:numPr>
          <w:ilvl w:val="0"/>
          <w:numId w:val="33"/>
        </w:numPr>
        <w:spacing w:after="40"/>
        <w:ind w:left="426" w:hanging="426"/>
      </w:pPr>
      <w:r>
        <w:t>Do przesyłki należy dołączyć prawidłowo wypełnioną kartę zgłoszenia oraz wymagane zgody.</w:t>
      </w:r>
    </w:p>
    <w:p w14:paraId="3A1DA98C" w14:textId="393B3E49" w:rsidR="0036336B" w:rsidRDefault="00000000">
      <w:pPr>
        <w:spacing w:before="160" w:after="80"/>
      </w:pPr>
      <w:r>
        <w:rPr>
          <w:b/>
          <w:sz w:val="24"/>
        </w:rPr>
        <w:t xml:space="preserve">§ </w:t>
      </w:r>
      <w:r w:rsidR="00B761CA">
        <w:rPr>
          <w:b/>
          <w:sz w:val="24"/>
        </w:rPr>
        <w:t>6</w:t>
      </w:r>
      <w:r>
        <w:rPr>
          <w:b/>
          <w:sz w:val="24"/>
        </w:rPr>
        <w:t>. Ocena prac</w:t>
      </w:r>
    </w:p>
    <w:p w14:paraId="1EFE3CEC" w14:textId="77777777" w:rsidR="0036336B" w:rsidRDefault="00000000" w:rsidP="00B761CA">
      <w:pPr>
        <w:pStyle w:val="Listanumerowana"/>
        <w:numPr>
          <w:ilvl w:val="0"/>
          <w:numId w:val="34"/>
        </w:numPr>
        <w:spacing w:after="40"/>
        <w:ind w:left="426" w:hanging="426"/>
      </w:pPr>
      <w:r>
        <w:t>Oceny prac dokona powołane przez Organizatora Jury Konkursowe.</w:t>
      </w:r>
    </w:p>
    <w:p w14:paraId="1A73F424" w14:textId="171C1A01" w:rsidR="0036336B" w:rsidRDefault="00000000" w:rsidP="00B761CA">
      <w:pPr>
        <w:pStyle w:val="Listanumerowana"/>
        <w:numPr>
          <w:ilvl w:val="0"/>
          <w:numId w:val="34"/>
        </w:numPr>
        <w:spacing w:after="40"/>
        <w:ind w:left="426" w:hanging="426"/>
      </w:pPr>
      <w:r>
        <w:t xml:space="preserve">Jury będzie brało pod uwagę w szczególności: zgodność z tematyką Konkursu, pomysłowość </w:t>
      </w:r>
      <w:r w:rsidR="00905D38">
        <w:br/>
      </w:r>
      <w:r>
        <w:t>i oryginalność, estetykę wykonania, staranność i jakość wykonania, kreatywne wykorzystanie techniki szydełkowania oraz walory artystyczne pracy.</w:t>
      </w:r>
    </w:p>
    <w:p w14:paraId="6D69CAB6" w14:textId="77777777" w:rsidR="0036336B" w:rsidRDefault="00000000" w:rsidP="00B761CA">
      <w:pPr>
        <w:pStyle w:val="Listanumerowana"/>
        <w:numPr>
          <w:ilvl w:val="0"/>
          <w:numId w:val="34"/>
        </w:numPr>
        <w:spacing w:after="40"/>
        <w:ind w:left="426" w:hanging="426"/>
      </w:pPr>
      <w:r>
        <w:t>W przypadku prac grupowych Jury ocenia pracę jako całość.</w:t>
      </w:r>
    </w:p>
    <w:p w14:paraId="0E92ACD2" w14:textId="77777777" w:rsidR="0036336B" w:rsidRDefault="00000000" w:rsidP="00B761CA">
      <w:pPr>
        <w:pStyle w:val="Listanumerowana"/>
        <w:numPr>
          <w:ilvl w:val="0"/>
          <w:numId w:val="34"/>
        </w:numPr>
        <w:spacing w:after="40"/>
        <w:ind w:left="426" w:hanging="426"/>
      </w:pPr>
      <w:r>
        <w:t>Decyzja Jury jest ostateczna i nie podlega odwołaniu.</w:t>
      </w:r>
    </w:p>
    <w:p w14:paraId="2BFC9BC7" w14:textId="77777777" w:rsidR="0036336B" w:rsidRDefault="00000000" w:rsidP="00B761CA">
      <w:pPr>
        <w:pStyle w:val="Listanumerowana"/>
        <w:numPr>
          <w:ilvl w:val="0"/>
          <w:numId w:val="34"/>
        </w:numPr>
        <w:spacing w:after="40"/>
        <w:ind w:left="426" w:hanging="426"/>
      </w:pPr>
      <w:r>
        <w:t>Organizator zastrzega sobie prawo do przyznania wyróżnień oraz nagród specjalnych.</w:t>
      </w:r>
    </w:p>
    <w:p w14:paraId="14F0F092" w14:textId="6C9645CC" w:rsidR="0036336B" w:rsidRDefault="00000000">
      <w:pPr>
        <w:spacing w:before="160" w:after="80"/>
      </w:pPr>
      <w:r>
        <w:rPr>
          <w:b/>
          <w:sz w:val="24"/>
        </w:rPr>
        <w:t xml:space="preserve">§ </w:t>
      </w:r>
      <w:r w:rsidR="00B761CA">
        <w:rPr>
          <w:b/>
          <w:sz w:val="24"/>
        </w:rPr>
        <w:t>7</w:t>
      </w:r>
      <w:r>
        <w:rPr>
          <w:b/>
          <w:sz w:val="24"/>
        </w:rPr>
        <w:t>. Nagrody</w:t>
      </w:r>
    </w:p>
    <w:p w14:paraId="7A49CB41" w14:textId="578D2720" w:rsidR="0036336B" w:rsidRDefault="00905D38" w:rsidP="00B761CA">
      <w:pPr>
        <w:pStyle w:val="Listanumerowana"/>
        <w:numPr>
          <w:ilvl w:val="0"/>
          <w:numId w:val="35"/>
        </w:numPr>
        <w:spacing w:after="40"/>
        <w:ind w:left="426" w:hanging="426"/>
      </w:pPr>
      <w:r>
        <w:t xml:space="preserve">W konkursie zostaną przyznane nagrody rzeczowe </w:t>
      </w:r>
      <w:r w:rsidR="007D0D94">
        <w:t>i dyplomy za I, II i III miejsce.</w:t>
      </w:r>
    </w:p>
    <w:p w14:paraId="7297CCD7" w14:textId="10C9536C" w:rsidR="00905D38" w:rsidRDefault="00905D38" w:rsidP="00B761CA">
      <w:pPr>
        <w:pStyle w:val="Listanumerowana"/>
        <w:numPr>
          <w:ilvl w:val="0"/>
          <w:numId w:val="35"/>
        </w:numPr>
        <w:spacing w:after="40"/>
        <w:ind w:left="426" w:hanging="426"/>
      </w:pPr>
      <w:r>
        <w:t>W przypadku pracy grupowej – grupa otrzyma 1 nagrodę</w:t>
      </w:r>
      <w:r w:rsidR="007D0D94">
        <w:t xml:space="preserve"> </w:t>
      </w:r>
      <w:r w:rsidR="00263415">
        <w:t>i</w:t>
      </w:r>
      <w:r w:rsidR="007D0D94">
        <w:t xml:space="preserve"> dyplomy dla każdego autora pracy.</w:t>
      </w:r>
    </w:p>
    <w:p w14:paraId="7C0781FB" w14:textId="6F1F742E" w:rsidR="0036336B" w:rsidRDefault="00000000" w:rsidP="00B761CA">
      <w:pPr>
        <w:pStyle w:val="Listanumerowana"/>
        <w:numPr>
          <w:ilvl w:val="0"/>
          <w:numId w:val="35"/>
        </w:numPr>
        <w:spacing w:after="40"/>
        <w:ind w:left="426" w:hanging="426"/>
      </w:pPr>
      <w:r>
        <w:t xml:space="preserve">Organizator może przyznać dodatkowe nagrody lub wyróżnienia, w zależności od liczby </w:t>
      </w:r>
      <w:r w:rsidR="007D0D94">
        <w:br/>
      </w:r>
      <w:r>
        <w:t>i poziomu zgłoszonych prac.</w:t>
      </w:r>
    </w:p>
    <w:p w14:paraId="471286AD" w14:textId="019F1180" w:rsidR="0036336B" w:rsidRDefault="00000000" w:rsidP="00B761CA">
      <w:pPr>
        <w:pStyle w:val="Listanumerowana"/>
        <w:numPr>
          <w:ilvl w:val="0"/>
          <w:numId w:val="35"/>
        </w:numPr>
        <w:spacing w:after="40"/>
        <w:ind w:left="426" w:hanging="426"/>
      </w:pPr>
      <w:r>
        <w:t xml:space="preserve">Wyniki Konkursu zostaną ogłoszone </w:t>
      </w:r>
      <w:r w:rsidR="007D0D94">
        <w:t xml:space="preserve">10 listopada </w:t>
      </w:r>
      <w:r>
        <w:t>na stronie internetowej Organizatora</w:t>
      </w:r>
      <w:r w:rsidR="007D0D94">
        <w:t xml:space="preserve">. </w:t>
      </w:r>
    </w:p>
    <w:p w14:paraId="2CC56481" w14:textId="512D3E0D" w:rsidR="0036336B" w:rsidRDefault="007D0D94" w:rsidP="00B761CA">
      <w:pPr>
        <w:pStyle w:val="Listanumerowana"/>
        <w:numPr>
          <w:ilvl w:val="0"/>
          <w:numId w:val="35"/>
        </w:numPr>
        <w:spacing w:after="40"/>
        <w:ind w:left="426" w:hanging="426"/>
      </w:pPr>
      <w:r>
        <w:t>Szkoły Laureatów zostaną poinformowani o wynikach przez Organizatora.</w:t>
      </w:r>
    </w:p>
    <w:p w14:paraId="2BAD718C" w14:textId="78A63F2B" w:rsidR="0036336B" w:rsidRDefault="00000000">
      <w:pPr>
        <w:spacing w:before="160" w:after="80"/>
      </w:pPr>
      <w:r>
        <w:rPr>
          <w:b/>
          <w:sz w:val="24"/>
        </w:rPr>
        <w:t xml:space="preserve">§ </w:t>
      </w:r>
      <w:r w:rsidR="00B761CA">
        <w:rPr>
          <w:b/>
          <w:sz w:val="24"/>
        </w:rPr>
        <w:t>8</w:t>
      </w:r>
      <w:r>
        <w:rPr>
          <w:b/>
          <w:sz w:val="24"/>
        </w:rPr>
        <w:t>. Prezentacja prac</w:t>
      </w:r>
    </w:p>
    <w:p w14:paraId="37E9C2AE" w14:textId="77777777" w:rsidR="0036336B" w:rsidRDefault="00000000" w:rsidP="00B761CA">
      <w:pPr>
        <w:pStyle w:val="Listanumerowana"/>
        <w:numPr>
          <w:ilvl w:val="0"/>
          <w:numId w:val="36"/>
        </w:numPr>
        <w:spacing w:after="40"/>
        <w:ind w:left="426" w:hanging="426"/>
      </w:pPr>
      <w:r>
        <w:t>Organizator zastrzega sobie prawo do zaprezentowania zgłoszonych prac podczas wystawy związanej z akcją „Czytamy z sercem”.</w:t>
      </w:r>
    </w:p>
    <w:p w14:paraId="1DDE573E" w14:textId="20BA4788" w:rsidR="0036336B" w:rsidRDefault="00000000" w:rsidP="00B761CA">
      <w:pPr>
        <w:pStyle w:val="Listanumerowana"/>
        <w:numPr>
          <w:ilvl w:val="0"/>
          <w:numId w:val="36"/>
        </w:numPr>
        <w:spacing w:after="40"/>
        <w:ind w:left="426" w:hanging="426"/>
      </w:pPr>
      <w:r>
        <w:t>Organizator może wykonywać i publikować fotografie prac konkursowych w celu dokumentowania i promowania Konkursu oraz akcji „Czytamy z sercem”</w:t>
      </w:r>
      <w:r w:rsidR="007D0D94">
        <w:t xml:space="preserve"> na stronie oraz profil</w:t>
      </w:r>
      <w:r w:rsidR="00263415">
        <w:t>u</w:t>
      </w:r>
      <w:r w:rsidR="007D0D94">
        <w:t xml:space="preserve"> szkoły w mediach społecznościowych</w:t>
      </w:r>
      <w:r>
        <w:t>.</w:t>
      </w:r>
    </w:p>
    <w:p w14:paraId="4EFC3B89" w14:textId="06AA0E63" w:rsidR="008C433D" w:rsidRDefault="00000000" w:rsidP="00B761CA">
      <w:pPr>
        <w:pStyle w:val="Listanumerowana"/>
        <w:numPr>
          <w:ilvl w:val="0"/>
          <w:numId w:val="36"/>
        </w:numPr>
        <w:spacing w:after="40"/>
        <w:ind w:left="426" w:hanging="426"/>
      </w:pPr>
      <w:r>
        <w:lastRenderedPageBreak/>
        <w:t>Przy publikacji fotografii prac Organizator może podać imię i nazwisko autora, klasę oraz nazwę szkoły – zgodnie z udzielonymi zgodami i obowiązującymi przepisami dotyczącymi ochrony danych osobowych.</w:t>
      </w:r>
    </w:p>
    <w:p w14:paraId="2B12E48B" w14:textId="77777777" w:rsidR="008C433D" w:rsidRDefault="008C433D" w:rsidP="008C433D">
      <w:pPr>
        <w:pStyle w:val="Listanumerowana"/>
        <w:numPr>
          <w:ilvl w:val="0"/>
          <w:numId w:val="0"/>
        </w:numPr>
        <w:spacing w:after="40"/>
        <w:ind w:left="360" w:hanging="360"/>
      </w:pPr>
    </w:p>
    <w:p w14:paraId="3B31C827" w14:textId="0F7E59B7" w:rsidR="0036336B" w:rsidRDefault="00000000">
      <w:pPr>
        <w:spacing w:before="160" w:after="80"/>
      </w:pPr>
      <w:r>
        <w:rPr>
          <w:b/>
          <w:sz w:val="24"/>
        </w:rPr>
        <w:t xml:space="preserve">§ </w:t>
      </w:r>
      <w:r w:rsidR="00B761CA">
        <w:rPr>
          <w:b/>
          <w:sz w:val="24"/>
        </w:rPr>
        <w:t>9</w:t>
      </w:r>
      <w:r>
        <w:rPr>
          <w:b/>
          <w:sz w:val="24"/>
        </w:rPr>
        <w:t>. Prawa autorskie i zgody</w:t>
      </w:r>
    </w:p>
    <w:p w14:paraId="7FD84C37" w14:textId="77777777" w:rsidR="0036336B" w:rsidRDefault="00000000" w:rsidP="00B761CA">
      <w:pPr>
        <w:pStyle w:val="Listanumerowana"/>
        <w:numPr>
          <w:ilvl w:val="0"/>
          <w:numId w:val="37"/>
        </w:numPr>
        <w:spacing w:after="40"/>
        <w:ind w:left="426" w:hanging="426"/>
      </w:pPr>
      <w:r>
        <w:t>Uczestnik oświadcza, że zgłoszona praca jest jego autorskim dziełem i nie narusza praw osób trzecich.</w:t>
      </w:r>
    </w:p>
    <w:p w14:paraId="27F0E832" w14:textId="77777777" w:rsidR="0036336B" w:rsidRDefault="00000000" w:rsidP="00B761CA">
      <w:pPr>
        <w:pStyle w:val="Listanumerowana"/>
        <w:numPr>
          <w:ilvl w:val="0"/>
          <w:numId w:val="37"/>
        </w:numPr>
        <w:spacing w:after="40"/>
        <w:ind w:left="426" w:hanging="426"/>
      </w:pPr>
      <w:r>
        <w:t>W przypadku pracy wykonanej przez zespół uczestników zgłoszenie powinno zawierać dane wszystkich autorów.</w:t>
      </w:r>
    </w:p>
    <w:p w14:paraId="600896B6" w14:textId="77777777" w:rsidR="0036336B" w:rsidRDefault="00000000" w:rsidP="00B761CA">
      <w:pPr>
        <w:pStyle w:val="Listanumerowana"/>
        <w:numPr>
          <w:ilvl w:val="0"/>
          <w:numId w:val="37"/>
        </w:numPr>
        <w:spacing w:after="40"/>
        <w:ind w:left="426" w:hanging="426"/>
      </w:pPr>
      <w:r>
        <w:t>Przystąpienie do Konkursu oznacza zgodę na nieodpłatne wykorzystanie fotografii zgłoszonej pracy przez Organizatora w celach związanych z organizacją, dokumentowaniem i promocją Konkursu oraz akcji „Czytamy z sercem”.</w:t>
      </w:r>
    </w:p>
    <w:p w14:paraId="448AA812" w14:textId="1067B242" w:rsidR="0036336B" w:rsidRDefault="00000000" w:rsidP="00B761CA">
      <w:pPr>
        <w:pStyle w:val="Listanumerowana"/>
        <w:numPr>
          <w:ilvl w:val="0"/>
          <w:numId w:val="37"/>
        </w:numPr>
        <w:spacing w:after="40"/>
        <w:ind w:left="426" w:hanging="426"/>
      </w:pPr>
      <w:r>
        <w:t>W przypadku uczestników niepełnoletnich wymagane jest uzyskanie odpowiednich zgód rodziców</w:t>
      </w:r>
      <w:r w:rsidR="007D0D94">
        <w:t>/</w:t>
      </w:r>
      <w:r>
        <w:t>prawnych opiekunów.</w:t>
      </w:r>
    </w:p>
    <w:p w14:paraId="165EA038" w14:textId="470B23E2" w:rsidR="0036336B" w:rsidRDefault="00000000">
      <w:pPr>
        <w:spacing w:before="160" w:after="80"/>
      </w:pPr>
      <w:r>
        <w:rPr>
          <w:b/>
          <w:sz w:val="24"/>
        </w:rPr>
        <w:t>§ 1</w:t>
      </w:r>
      <w:r w:rsidR="00B761CA">
        <w:rPr>
          <w:b/>
          <w:sz w:val="24"/>
        </w:rPr>
        <w:t>0</w:t>
      </w:r>
      <w:r>
        <w:rPr>
          <w:b/>
          <w:sz w:val="24"/>
        </w:rPr>
        <w:t>. Ochrona danych osobowych</w:t>
      </w:r>
    </w:p>
    <w:p w14:paraId="47354A7A" w14:textId="19FD022E" w:rsidR="0036336B" w:rsidRDefault="00000000" w:rsidP="00B761CA">
      <w:pPr>
        <w:pStyle w:val="Listanumerowana"/>
        <w:numPr>
          <w:ilvl w:val="0"/>
          <w:numId w:val="38"/>
        </w:numPr>
        <w:spacing w:after="40"/>
        <w:ind w:left="426" w:hanging="284"/>
      </w:pPr>
      <w:r>
        <w:t xml:space="preserve">Administratorem danych osobowych uczestników Konkursu </w:t>
      </w:r>
      <w:r w:rsidR="003113B5">
        <w:t xml:space="preserve">jest </w:t>
      </w:r>
      <w:r w:rsidR="007D0D94">
        <w:t xml:space="preserve">Szkoła Podstawowa nr 37 </w:t>
      </w:r>
      <w:r w:rsidR="007D0D94">
        <w:br/>
        <w:t>z Oddziałami Dwujęzycznymi im. Kornela Makuszynskiego w Tychach.</w:t>
      </w:r>
    </w:p>
    <w:p w14:paraId="627704C2" w14:textId="3B338139" w:rsidR="0036336B" w:rsidRDefault="00000000" w:rsidP="00B761CA">
      <w:pPr>
        <w:pStyle w:val="Listanumerowana"/>
        <w:numPr>
          <w:ilvl w:val="0"/>
          <w:numId w:val="38"/>
        </w:numPr>
        <w:spacing w:after="40"/>
        <w:ind w:left="426" w:hanging="284"/>
      </w:pPr>
      <w:r>
        <w:t xml:space="preserve">Dane osobowe będą przetwarzane wyłącznie w celu przeprowadzenia Konkursu, kontaktu </w:t>
      </w:r>
      <w:r w:rsidR="000E3E2C">
        <w:br/>
      </w:r>
      <w:r>
        <w:t xml:space="preserve">z uczestnikami, ogłoszenia wyników oraz dokumentowania i promocji Konkursu – w zakresie, </w:t>
      </w:r>
      <w:r w:rsidR="000E3E2C">
        <w:br/>
      </w:r>
      <w:r>
        <w:t>na jaki udzielono odpowiednich zgód.</w:t>
      </w:r>
    </w:p>
    <w:p w14:paraId="0AFE6989" w14:textId="77777777" w:rsidR="0036336B" w:rsidRDefault="00000000" w:rsidP="00B761CA">
      <w:pPr>
        <w:pStyle w:val="Listanumerowana"/>
        <w:numPr>
          <w:ilvl w:val="0"/>
          <w:numId w:val="38"/>
        </w:numPr>
        <w:spacing w:after="40"/>
        <w:ind w:left="426" w:hanging="284"/>
      </w:pPr>
      <w:r>
        <w:t>Podanie danych niezbędnych do udziału w Konkursie jest dobrowolne, jednak ich brak może uniemożliwić udział w Konkursie.</w:t>
      </w:r>
    </w:p>
    <w:p w14:paraId="5D236530" w14:textId="604F7F50" w:rsidR="0036336B" w:rsidRDefault="00000000" w:rsidP="00B761CA">
      <w:pPr>
        <w:pStyle w:val="Listanumerowana"/>
        <w:numPr>
          <w:ilvl w:val="0"/>
          <w:numId w:val="38"/>
        </w:numPr>
        <w:spacing w:after="40"/>
        <w:ind w:left="426" w:hanging="284"/>
      </w:pPr>
      <w:r>
        <w:t>Szczegółowe informacje dotyczące przetwarzania danych osobowych znajdują się w załączniku do Regulaminu.</w:t>
      </w:r>
    </w:p>
    <w:p w14:paraId="31EDDA06" w14:textId="5961D4E9" w:rsidR="0036336B" w:rsidRDefault="00000000">
      <w:pPr>
        <w:spacing w:before="160" w:after="80"/>
      </w:pPr>
      <w:r>
        <w:rPr>
          <w:b/>
          <w:sz w:val="24"/>
        </w:rPr>
        <w:t>§ 1</w:t>
      </w:r>
      <w:r w:rsidR="00B761CA">
        <w:rPr>
          <w:b/>
          <w:sz w:val="24"/>
        </w:rPr>
        <w:t>1</w:t>
      </w:r>
      <w:r>
        <w:rPr>
          <w:b/>
          <w:sz w:val="24"/>
        </w:rPr>
        <w:t>. Postanowienia końcowe</w:t>
      </w:r>
    </w:p>
    <w:p w14:paraId="0CD1EE20" w14:textId="58050040" w:rsidR="0036336B" w:rsidRDefault="00000000" w:rsidP="00B761CA">
      <w:pPr>
        <w:pStyle w:val="Listanumerowana"/>
        <w:numPr>
          <w:ilvl w:val="0"/>
          <w:numId w:val="39"/>
        </w:numPr>
        <w:spacing w:after="40"/>
        <w:ind w:left="426" w:hanging="426"/>
      </w:pPr>
      <w:r>
        <w:t xml:space="preserve">Regulamin Konkursu jest dostępny w siedzibie Organizatora oraz na stronie internetowej </w:t>
      </w:r>
      <w:r w:rsidR="000E3E2C">
        <w:br/>
        <w:t>i</w:t>
      </w:r>
      <w:r>
        <w:t xml:space="preserve"> w mediach społecznościowych </w:t>
      </w:r>
      <w:r w:rsidR="00333ED1">
        <w:t>S</w:t>
      </w:r>
      <w:r>
        <w:t>zkoły.</w:t>
      </w:r>
    </w:p>
    <w:p w14:paraId="6CA90236" w14:textId="77777777" w:rsidR="0036336B" w:rsidRDefault="00000000" w:rsidP="00B761CA">
      <w:pPr>
        <w:pStyle w:val="Listanumerowana"/>
        <w:numPr>
          <w:ilvl w:val="0"/>
          <w:numId w:val="39"/>
        </w:numPr>
        <w:spacing w:after="40"/>
        <w:ind w:left="426" w:hanging="426"/>
      </w:pPr>
      <w:r>
        <w:t>Organizator zastrzega sobie prawo do wprowadzenia zmian w Regulaminie, o ile nie wpłynie to na pogorszenie warunków uczestnictwa w Konkursie.</w:t>
      </w:r>
    </w:p>
    <w:p w14:paraId="2AC6C17D" w14:textId="77777777" w:rsidR="0036336B" w:rsidRDefault="00000000" w:rsidP="00B761CA">
      <w:pPr>
        <w:pStyle w:val="Listanumerowana"/>
        <w:numPr>
          <w:ilvl w:val="0"/>
          <w:numId w:val="39"/>
        </w:numPr>
        <w:spacing w:after="40"/>
        <w:ind w:left="426" w:hanging="426"/>
      </w:pPr>
      <w:r>
        <w:t>W sprawach nieuregulowanych niniejszym Regulaminem decyzje podejmuje Organizator.</w:t>
      </w:r>
    </w:p>
    <w:p w14:paraId="25F9933B" w14:textId="101E8E05" w:rsidR="0036336B" w:rsidRDefault="00000000" w:rsidP="00B761CA">
      <w:pPr>
        <w:pStyle w:val="Listanumerowana"/>
        <w:numPr>
          <w:ilvl w:val="0"/>
          <w:numId w:val="39"/>
        </w:numPr>
        <w:spacing w:after="40"/>
        <w:ind w:left="426" w:hanging="426"/>
      </w:pPr>
      <w:r>
        <w:t xml:space="preserve">Organizator nie ponosi odpowiedzialności za uszkodzenie prac powstałe podczas ich </w:t>
      </w:r>
      <w:r w:rsidR="000E3E2C">
        <w:t>transport.</w:t>
      </w:r>
    </w:p>
    <w:p w14:paraId="72920876" w14:textId="182DC4EB" w:rsidR="0036336B" w:rsidRDefault="00000000" w:rsidP="00B761CA">
      <w:pPr>
        <w:pStyle w:val="Listanumerowana"/>
        <w:numPr>
          <w:ilvl w:val="0"/>
          <w:numId w:val="39"/>
        </w:numPr>
        <w:spacing w:after="40"/>
        <w:ind w:left="426" w:hanging="426"/>
      </w:pPr>
      <w:r>
        <w:t>Prace konkursowe nie podlegają zwrotowi po zakończeniu Konkursu.</w:t>
      </w:r>
    </w:p>
    <w:p w14:paraId="3CA602FB" w14:textId="15214C44" w:rsidR="0036336B" w:rsidRDefault="00000000" w:rsidP="00B761CA">
      <w:pPr>
        <w:pStyle w:val="Listanumerowana"/>
        <w:numPr>
          <w:ilvl w:val="0"/>
          <w:numId w:val="39"/>
        </w:numPr>
        <w:spacing w:after="40"/>
        <w:ind w:left="426" w:hanging="426"/>
      </w:pPr>
      <w:r>
        <w:t>Wzięcie udziału w Konkursie oznacza akceptację niniejszego Regulaminu.</w:t>
      </w:r>
      <w:r w:rsidR="008C433D">
        <w:br/>
      </w:r>
    </w:p>
    <w:p w14:paraId="3DB63759" w14:textId="77777777" w:rsidR="000E3E2C" w:rsidRDefault="00000000">
      <w:r>
        <w:rPr>
          <w:b/>
        </w:rPr>
        <w:t xml:space="preserve">Organizator: </w:t>
      </w:r>
    </w:p>
    <w:p w14:paraId="236FAE98" w14:textId="77777777" w:rsidR="000E3E2C" w:rsidRDefault="000E3E2C" w:rsidP="008C433D">
      <w:pPr>
        <w:spacing w:line="240" w:lineRule="auto"/>
      </w:pPr>
      <w:r>
        <w:t>Szkoła Podstawowa nr 37 z Oddziałami Dwujęzycznymi im. Kornela Makuszyńskiego</w:t>
      </w:r>
    </w:p>
    <w:p w14:paraId="22827E9F" w14:textId="0876CF3D" w:rsidR="000E3E2C" w:rsidRDefault="008C433D" w:rsidP="008C433D">
      <w:pPr>
        <w:spacing w:line="240" w:lineRule="auto"/>
      </w:pPr>
      <w:r>
        <w:t>u</w:t>
      </w:r>
      <w:r w:rsidR="000E3E2C">
        <w:t>l. Konecznego 1</w:t>
      </w:r>
    </w:p>
    <w:p w14:paraId="6AF62BFD" w14:textId="77777777" w:rsidR="000E3E2C" w:rsidRDefault="000E3E2C" w:rsidP="008C433D">
      <w:pPr>
        <w:spacing w:line="240" w:lineRule="auto"/>
      </w:pPr>
      <w:r>
        <w:t>43-100 Tychy</w:t>
      </w:r>
    </w:p>
    <w:p w14:paraId="45F5BE13" w14:textId="47DDB4B5" w:rsidR="000E3E2C" w:rsidRDefault="000E3E2C" w:rsidP="008C433D">
      <w:pPr>
        <w:spacing w:line="240" w:lineRule="auto"/>
      </w:pPr>
      <w:r>
        <w:t>tel.:</w:t>
      </w:r>
      <w:r w:rsidR="003113B5">
        <w:t xml:space="preserve"> </w:t>
      </w:r>
      <w:r w:rsidRPr="000E3E2C">
        <w:t>032 2194437</w:t>
      </w:r>
    </w:p>
    <w:p w14:paraId="6338EEE8" w14:textId="5541DB33" w:rsidR="000E3E2C" w:rsidRDefault="000E3E2C" w:rsidP="008C433D">
      <w:pPr>
        <w:spacing w:line="240" w:lineRule="auto"/>
      </w:pPr>
      <w:r>
        <w:t xml:space="preserve">e-mail: </w:t>
      </w:r>
      <w:r w:rsidRPr="000E3E2C">
        <w:t xml:space="preserve"> </w:t>
      </w:r>
      <w:r w:rsidRPr="003113B5">
        <w:t>sp37@oswiata.tychy.pl</w:t>
      </w:r>
    </w:p>
    <w:p w14:paraId="24D330E1" w14:textId="0ED67B38" w:rsidR="0036336B" w:rsidRDefault="00000000">
      <w:r>
        <w:rPr>
          <w:b/>
        </w:rPr>
        <w:t>Koordynato</w:t>
      </w:r>
      <w:r w:rsidR="000E3E2C">
        <w:rPr>
          <w:b/>
        </w:rPr>
        <w:t>rzy</w:t>
      </w:r>
      <w:r>
        <w:rPr>
          <w:b/>
        </w:rPr>
        <w:t xml:space="preserve"> Konkursu: </w:t>
      </w:r>
      <w:r w:rsidR="000E3E2C">
        <w:t>Barbara Pilorz, Iwona Michulec</w:t>
      </w:r>
    </w:p>
    <w:p w14:paraId="5096F4F9" w14:textId="50F8FBCD" w:rsidR="008F1032" w:rsidRDefault="00000000">
      <w:r>
        <w:rPr>
          <w:b/>
        </w:rPr>
        <w:t xml:space="preserve">Termin nadsyłania prac: </w:t>
      </w:r>
      <w:r>
        <w:t>30 października 2026 r.</w:t>
      </w:r>
    </w:p>
    <w:p w14:paraId="7BBA62B8" w14:textId="77777777" w:rsidR="000E3E2C" w:rsidRDefault="000E3E2C"/>
    <w:p w14:paraId="73F6ABCB" w14:textId="38D1A551" w:rsidR="00CB6E55" w:rsidRPr="002D748D" w:rsidRDefault="002D748D" w:rsidP="003113B5">
      <w:pPr>
        <w:jc w:val="right"/>
        <w:rPr>
          <w:i/>
          <w:iCs/>
        </w:rPr>
      </w:pPr>
      <w:r>
        <w:rPr>
          <w:i/>
          <w:iCs/>
        </w:rPr>
        <w:t>z</w:t>
      </w:r>
      <w:r w:rsidR="000E3E2C" w:rsidRPr="002D748D">
        <w:rPr>
          <w:i/>
          <w:iCs/>
        </w:rPr>
        <w:t>ał. nr 1</w:t>
      </w:r>
    </w:p>
    <w:p w14:paraId="50A42DE3" w14:textId="12D706EF" w:rsidR="00B3784A" w:rsidRDefault="00B3784A" w:rsidP="00B3784A">
      <w:pPr>
        <w:tabs>
          <w:tab w:val="left" w:pos="6709"/>
        </w:tabs>
        <w:ind w:left="12"/>
      </w:pPr>
      <w:r>
        <w:rPr>
          <w:spacing w:val="-2"/>
          <w:sz w:val="22"/>
        </w:rPr>
        <w:t>……………………………......................</w:t>
      </w:r>
      <w:r w:rsidR="00CB6E55">
        <w:rPr>
          <w:spacing w:val="-2"/>
          <w:sz w:val="22"/>
        </w:rPr>
        <w:t>.........................</w:t>
      </w:r>
      <w:r>
        <w:rPr>
          <w:spacing w:val="-2"/>
          <w:sz w:val="22"/>
        </w:rPr>
        <w:t>.</w:t>
      </w:r>
      <w:r>
        <w:rPr>
          <w:sz w:val="22"/>
        </w:rPr>
        <w:tab/>
      </w:r>
      <w:r>
        <w:rPr>
          <w:spacing w:val="-2"/>
          <w:sz w:val="22"/>
        </w:rPr>
        <w:t>.………………….…………</w:t>
      </w:r>
    </w:p>
    <w:p w14:paraId="4581411F" w14:textId="21F6D66C" w:rsidR="00B3784A" w:rsidRPr="002D748D" w:rsidRDefault="00B3784A" w:rsidP="00B3784A">
      <w:pPr>
        <w:tabs>
          <w:tab w:val="left" w:pos="7590"/>
        </w:tabs>
        <w:spacing w:before="128"/>
        <w:ind w:left="12"/>
        <w:rPr>
          <w:i/>
          <w:iCs/>
        </w:rPr>
      </w:pPr>
      <w:r>
        <w:rPr>
          <w:sz w:val="22"/>
        </w:rPr>
        <w:t>(imię</w:t>
      </w:r>
      <w:r>
        <w:rPr>
          <w:spacing w:val="-3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nazwisko</w:t>
      </w:r>
      <w:r>
        <w:rPr>
          <w:spacing w:val="-5"/>
          <w:sz w:val="22"/>
        </w:rPr>
        <w:t xml:space="preserve"> </w:t>
      </w:r>
      <w:r>
        <w:rPr>
          <w:sz w:val="22"/>
        </w:rPr>
        <w:t>rodzica</w:t>
      </w:r>
      <w:r>
        <w:rPr>
          <w:spacing w:val="-5"/>
          <w:sz w:val="22"/>
        </w:rPr>
        <w:t xml:space="preserve"> </w:t>
      </w:r>
      <w:r>
        <w:rPr>
          <w:sz w:val="22"/>
        </w:rPr>
        <w:t>/</w:t>
      </w:r>
      <w:r>
        <w:rPr>
          <w:spacing w:val="-2"/>
          <w:sz w:val="22"/>
        </w:rPr>
        <w:t xml:space="preserve"> </w:t>
      </w:r>
      <w:r>
        <w:rPr>
          <w:sz w:val="22"/>
        </w:rPr>
        <w:t>opiekuna</w:t>
      </w:r>
      <w:r>
        <w:rPr>
          <w:spacing w:val="-3"/>
          <w:sz w:val="22"/>
        </w:rPr>
        <w:t xml:space="preserve"> </w:t>
      </w:r>
      <w:r>
        <w:rPr>
          <w:sz w:val="22"/>
        </w:rPr>
        <w:t>prawnego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dziecka</w:t>
      </w:r>
      <w:r w:rsidRPr="002D748D">
        <w:rPr>
          <w:i/>
          <w:iCs/>
          <w:spacing w:val="-2"/>
          <w:sz w:val="22"/>
        </w:rPr>
        <w:t>)</w:t>
      </w:r>
      <w:r w:rsidR="00CB6E55" w:rsidRPr="002D748D">
        <w:rPr>
          <w:i/>
          <w:iCs/>
          <w:sz w:val="22"/>
        </w:rPr>
        <w:t xml:space="preserve">                             </w:t>
      </w:r>
      <w:r w:rsidRPr="002D748D">
        <w:rPr>
          <w:i/>
          <w:iCs/>
          <w:sz w:val="22"/>
        </w:rPr>
        <w:t>(miejscowość,</w:t>
      </w:r>
      <w:r w:rsidRPr="002D748D">
        <w:rPr>
          <w:i/>
          <w:iCs/>
          <w:spacing w:val="-14"/>
          <w:sz w:val="22"/>
        </w:rPr>
        <w:t xml:space="preserve"> </w:t>
      </w:r>
      <w:r w:rsidRPr="002D748D">
        <w:rPr>
          <w:i/>
          <w:iCs/>
          <w:spacing w:val="-2"/>
          <w:sz w:val="22"/>
        </w:rPr>
        <w:t>data)</w:t>
      </w:r>
    </w:p>
    <w:p w14:paraId="0AAC0C12" w14:textId="77777777" w:rsidR="00B3784A" w:rsidRDefault="00B3784A" w:rsidP="00B3784A">
      <w:pPr>
        <w:pStyle w:val="Tekstpodstawowy"/>
        <w:spacing w:before="223"/>
        <w:rPr>
          <w:sz w:val="22"/>
        </w:rPr>
      </w:pPr>
    </w:p>
    <w:p w14:paraId="0557BECC" w14:textId="77777777" w:rsidR="00B3784A" w:rsidRPr="00CB6E55" w:rsidRDefault="00B3784A" w:rsidP="00CB6E55">
      <w:pPr>
        <w:pStyle w:val="Nagwek3"/>
        <w:ind w:left="19"/>
        <w:jc w:val="center"/>
        <w:rPr>
          <w:color w:val="auto"/>
        </w:rPr>
      </w:pPr>
      <w:r w:rsidRPr="00CB6E55">
        <w:rPr>
          <w:color w:val="auto"/>
        </w:rPr>
        <w:t>ZGODA</w:t>
      </w:r>
      <w:r w:rsidRPr="00CB6E55">
        <w:rPr>
          <w:color w:val="auto"/>
          <w:spacing w:val="-7"/>
        </w:rPr>
        <w:t xml:space="preserve"> </w:t>
      </w:r>
      <w:r w:rsidRPr="00CB6E55">
        <w:rPr>
          <w:color w:val="auto"/>
        </w:rPr>
        <w:t>NA</w:t>
      </w:r>
      <w:r w:rsidRPr="00CB6E55">
        <w:rPr>
          <w:color w:val="auto"/>
          <w:spacing w:val="-7"/>
        </w:rPr>
        <w:t xml:space="preserve"> </w:t>
      </w:r>
      <w:r w:rsidRPr="00CB6E55">
        <w:rPr>
          <w:color w:val="auto"/>
        </w:rPr>
        <w:t>UCZESTNICTWO</w:t>
      </w:r>
      <w:r w:rsidRPr="00CB6E55">
        <w:rPr>
          <w:color w:val="auto"/>
          <w:spacing w:val="-4"/>
        </w:rPr>
        <w:t xml:space="preserve"> </w:t>
      </w:r>
      <w:r w:rsidRPr="00CB6E55">
        <w:rPr>
          <w:color w:val="auto"/>
        </w:rPr>
        <w:t>W</w:t>
      </w:r>
      <w:r w:rsidRPr="00CB6E55">
        <w:rPr>
          <w:color w:val="auto"/>
          <w:spacing w:val="-6"/>
        </w:rPr>
        <w:t xml:space="preserve"> </w:t>
      </w:r>
      <w:r w:rsidRPr="00CB6E55">
        <w:rPr>
          <w:color w:val="auto"/>
          <w:spacing w:val="-2"/>
        </w:rPr>
        <w:t>KONKURSIE</w:t>
      </w:r>
    </w:p>
    <w:p w14:paraId="123F4AB0" w14:textId="77777777" w:rsidR="00B3784A" w:rsidRDefault="00B3784A" w:rsidP="00B3784A">
      <w:pPr>
        <w:pStyle w:val="Tekstpodstawowy"/>
        <w:spacing w:before="15"/>
        <w:rPr>
          <w:b/>
          <w:sz w:val="28"/>
        </w:rPr>
      </w:pPr>
    </w:p>
    <w:p w14:paraId="21210CB8" w14:textId="77777777" w:rsidR="00B3784A" w:rsidRDefault="00B3784A" w:rsidP="00B3784A">
      <w:pPr>
        <w:ind w:left="12"/>
      </w:pPr>
      <w:r>
        <w:rPr>
          <w:sz w:val="22"/>
        </w:rPr>
        <w:t>Oświadczam,</w:t>
      </w:r>
      <w:r>
        <w:rPr>
          <w:spacing w:val="-3"/>
          <w:sz w:val="22"/>
        </w:rPr>
        <w:t xml:space="preserve"> </w:t>
      </w:r>
      <w:r>
        <w:rPr>
          <w:sz w:val="22"/>
        </w:rPr>
        <w:t>iż</w:t>
      </w:r>
      <w:r>
        <w:rPr>
          <w:spacing w:val="-3"/>
          <w:sz w:val="22"/>
        </w:rPr>
        <w:t xml:space="preserve"> </w:t>
      </w:r>
      <w:r>
        <w:rPr>
          <w:sz w:val="22"/>
        </w:rPr>
        <w:t>wyrażam</w:t>
      </w:r>
      <w:r>
        <w:rPr>
          <w:spacing w:val="-3"/>
          <w:sz w:val="22"/>
        </w:rPr>
        <w:t xml:space="preserve"> </w:t>
      </w:r>
      <w:r>
        <w:rPr>
          <w:sz w:val="22"/>
        </w:rPr>
        <w:t>zgodę</w:t>
      </w:r>
      <w:r>
        <w:rPr>
          <w:spacing w:val="-3"/>
          <w:sz w:val="22"/>
        </w:rPr>
        <w:t xml:space="preserve"> </w:t>
      </w:r>
      <w:r>
        <w:rPr>
          <w:sz w:val="22"/>
        </w:rPr>
        <w:t>na</w:t>
      </w:r>
      <w:r>
        <w:rPr>
          <w:spacing w:val="-4"/>
          <w:sz w:val="22"/>
        </w:rPr>
        <w:t xml:space="preserve"> </w:t>
      </w:r>
      <w:r>
        <w:rPr>
          <w:sz w:val="22"/>
        </w:rPr>
        <w:t>udział</w:t>
      </w:r>
      <w:r>
        <w:rPr>
          <w:spacing w:val="-4"/>
          <w:sz w:val="22"/>
        </w:rPr>
        <w:t xml:space="preserve"> </w:t>
      </w:r>
      <w:r>
        <w:rPr>
          <w:sz w:val="22"/>
        </w:rPr>
        <w:t>mojego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dziecka</w:t>
      </w:r>
    </w:p>
    <w:p w14:paraId="0BF1ACF6" w14:textId="303B0154" w:rsidR="00B3784A" w:rsidRDefault="00B3784A" w:rsidP="00B3784A">
      <w:pPr>
        <w:spacing w:before="124" w:line="252" w:lineRule="exact"/>
        <w:ind w:left="12"/>
      </w:pPr>
      <w:r>
        <w:rPr>
          <w:spacing w:val="-2"/>
          <w:sz w:val="22"/>
        </w:rPr>
        <w:t>.............................................................................................…………...............………………………</w:t>
      </w:r>
    </w:p>
    <w:p w14:paraId="51852319" w14:textId="77777777" w:rsidR="00B3784A" w:rsidRPr="002D748D" w:rsidRDefault="00B3784A" w:rsidP="00B3784A">
      <w:pPr>
        <w:spacing w:line="252" w:lineRule="exact"/>
        <w:ind w:left="4474"/>
        <w:rPr>
          <w:i/>
          <w:iCs/>
        </w:rPr>
      </w:pPr>
      <w:r w:rsidRPr="002D748D">
        <w:rPr>
          <w:i/>
          <w:iCs/>
          <w:sz w:val="22"/>
        </w:rPr>
        <w:t>(imię</w:t>
      </w:r>
      <w:r w:rsidRPr="002D748D">
        <w:rPr>
          <w:i/>
          <w:iCs/>
          <w:spacing w:val="-4"/>
          <w:sz w:val="22"/>
        </w:rPr>
        <w:t xml:space="preserve"> </w:t>
      </w:r>
      <w:r w:rsidRPr="002D748D">
        <w:rPr>
          <w:i/>
          <w:iCs/>
          <w:sz w:val="22"/>
        </w:rPr>
        <w:t>i</w:t>
      </w:r>
      <w:r w:rsidRPr="002D748D">
        <w:rPr>
          <w:i/>
          <w:iCs/>
          <w:spacing w:val="-1"/>
          <w:sz w:val="22"/>
        </w:rPr>
        <w:t xml:space="preserve"> </w:t>
      </w:r>
      <w:r w:rsidRPr="002D748D">
        <w:rPr>
          <w:i/>
          <w:iCs/>
          <w:spacing w:val="-2"/>
          <w:sz w:val="22"/>
        </w:rPr>
        <w:t>nazwisko)</w:t>
      </w:r>
    </w:p>
    <w:p w14:paraId="7BA045BA" w14:textId="77777777" w:rsidR="00B3784A" w:rsidRPr="002D748D" w:rsidRDefault="00B3784A" w:rsidP="00B3784A">
      <w:pPr>
        <w:pStyle w:val="Tekstpodstawowy"/>
        <w:spacing w:before="2"/>
        <w:rPr>
          <w:sz w:val="22"/>
        </w:rPr>
      </w:pPr>
    </w:p>
    <w:p w14:paraId="3139368E" w14:textId="14FD7B7C" w:rsidR="003113B5" w:rsidRPr="002D748D" w:rsidRDefault="00B3784A" w:rsidP="003113B5">
      <w:pPr>
        <w:pStyle w:val="Listanumerowana"/>
        <w:numPr>
          <w:ilvl w:val="0"/>
          <w:numId w:val="0"/>
        </w:numPr>
        <w:spacing w:after="40"/>
        <w:rPr>
          <w:sz w:val="22"/>
        </w:rPr>
      </w:pPr>
      <w:r w:rsidRPr="002D748D">
        <w:rPr>
          <w:sz w:val="22"/>
        </w:rPr>
        <w:t>w konkursie „</w:t>
      </w:r>
      <w:r w:rsidR="00CB6E55" w:rsidRPr="002D748D">
        <w:rPr>
          <w:sz w:val="22"/>
        </w:rPr>
        <w:t>Serce szydełkowe – życie zdrowe</w:t>
      </w:r>
      <w:r w:rsidRPr="002D748D">
        <w:rPr>
          <w:sz w:val="22"/>
        </w:rPr>
        <w:t xml:space="preserve">”, którego organizatorem jest </w:t>
      </w:r>
      <w:r w:rsidR="003113B5" w:rsidRPr="002D748D">
        <w:rPr>
          <w:sz w:val="22"/>
        </w:rPr>
        <w:t>SzkołaPodstawowa nr 37 z Oddziałami Dwujęzycznymi im. Kornela Makuszynskiego w Tychach.</w:t>
      </w:r>
    </w:p>
    <w:p w14:paraId="1223A063" w14:textId="616EB149" w:rsidR="00B3784A" w:rsidRPr="002D748D" w:rsidRDefault="00B3784A" w:rsidP="003113B5">
      <w:pPr>
        <w:spacing w:line="360" w:lineRule="auto"/>
        <w:ind w:left="12" w:right="125" w:hanging="10"/>
        <w:jc w:val="both"/>
        <w:rPr>
          <w:sz w:val="22"/>
        </w:rPr>
      </w:pPr>
      <w:r w:rsidRPr="002D748D">
        <w:rPr>
          <w:sz w:val="22"/>
        </w:rPr>
        <w:t>Wyrażam</w:t>
      </w:r>
      <w:r w:rsidRPr="002D748D">
        <w:rPr>
          <w:spacing w:val="-13"/>
          <w:sz w:val="22"/>
        </w:rPr>
        <w:t xml:space="preserve"> </w:t>
      </w:r>
      <w:r w:rsidRPr="002D748D">
        <w:rPr>
          <w:sz w:val="22"/>
        </w:rPr>
        <w:t>zgodę</w:t>
      </w:r>
      <w:r w:rsidRPr="002D748D">
        <w:rPr>
          <w:spacing w:val="-14"/>
          <w:sz w:val="22"/>
        </w:rPr>
        <w:t xml:space="preserve"> </w:t>
      </w:r>
      <w:r w:rsidRPr="002D748D">
        <w:rPr>
          <w:sz w:val="22"/>
        </w:rPr>
        <w:t>na</w:t>
      </w:r>
      <w:r w:rsidRPr="002D748D">
        <w:rPr>
          <w:spacing w:val="-14"/>
          <w:sz w:val="22"/>
        </w:rPr>
        <w:t xml:space="preserve"> </w:t>
      </w:r>
      <w:r w:rsidRPr="002D748D">
        <w:rPr>
          <w:sz w:val="22"/>
        </w:rPr>
        <w:t>przetwarzanie</w:t>
      </w:r>
      <w:r w:rsidRPr="002D748D">
        <w:rPr>
          <w:spacing w:val="-14"/>
          <w:sz w:val="22"/>
        </w:rPr>
        <w:t xml:space="preserve"> </w:t>
      </w:r>
      <w:r w:rsidRPr="002D748D">
        <w:rPr>
          <w:sz w:val="22"/>
        </w:rPr>
        <w:t>danych</w:t>
      </w:r>
      <w:r w:rsidRPr="002D748D">
        <w:rPr>
          <w:spacing w:val="-13"/>
          <w:sz w:val="22"/>
        </w:rPr>
        <w:t xml:space="preserve"> </w:t>
      </w:r>
      <w:r w:rsidRPr="002D748D">
        <w:rPr>
          <w:sz w:val="22"/>
        </w:rPr>
        <w:t xml:space="preserve">osobowych mojego dziecka w celach realizacji konkursu, tzn. w celach informacyjno-promocyjnych, dokumentacyjnych oraz w celu wyłonienia </w:t>
      </w:r>
      <w:r w:rsidR="003113B5" w:rsidRPr="002D748D">
        <w:rPr>
          <w:sz w:val="22"/>
        </w:rPr>
        <w:t xml:space="preserve">i ogłoszenia </w:t>
      </w:r>
      <w:r w:rsidRPr="002D748D">
        <w:rPr>
          <w:sz w:val="22"/>
        </w:rPr>
        <w:t>laureatów konkursu.</w:t>
      </w:r>
    </w:p>
    <w:p w14:paraId="212BE154" w14:textId="1AB20B83" w:rsidR="000E3E2C" w:rsidRPr="00CD1CA6" w:rsidRDefault="000E3E2C" w:rsidP="000E3E2C">
      <w:pPr>
        <w:rPr>
          <w:rFonts w:cs="Calibri"/>
          <w:b/>
          <w:bCs/>
          <w:sz w:val="18"/>
          <w:szCs w:val="18"/>
        </w:rPr>
      </w:pPr>
      <w:r w:rsidRPr="00CD1CA6">
        <w:rPr>
          <w:rFonts w:cs="Calibri"/>
          <w:b/>
          <w:bCs/>
          <w:sz w:val="18"/>
          <w:szCs w:val="18"/>
        </w:rPr>
        <w:t>Informacja dotycząca przetwarzania danych osobowych</w:t>
      </w:r>
    </w:p>
    <w:p w14:paraId="2B7018FA" w14:textId="77777777" w:rsidR="000E3E2C" w:rsidRPr="00542141" w:rsidRDefault="000E3E2C" w:rsidP="000E3E2C">
      <w:pPr>
        <w:pStyle w:val="Akapitzlist"/>
        <w:numPr>
          <w:ilvl w:val="0"/>
          <w:numId w:val="10"/>
        </w:numPr>
        <w:spacing w:after="0" w:line="259" w:lineRule="auto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 xml:space="preserve">Administrator danych osobowych </w:t>
      </w:r>
    </w:p>
    <w:p w14:paraId="067AF0E9" w14:textId="2568001C" w:rsidR="000E3E2C" w:rsidRPr="00542141" w:rsidRDefault="000E3E2C" w:rsidP="000E3E2C">
      <w:pPr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 xml:space="preserve">Administratorem danych osobowych jest </w:t>
      </w:r>
      <w:r w:rsidR="00DD4B55">
        <w:rPr>
          <w:rFonts w:cs="Calibri"/>
          <w:sz w:val="17"/>
          <w:szCs w:val="17"/>
        </w:rPr>
        <w:t xml:space="preserve">Szkoła Podstawowa nr 37 z Oddziałami Dwujęzycznymi im. Kornela Makuszynskiego </w:t>
      </w:r>
      <w:r w:rsidRPr="00542141">
        <w:rPr>
          <w:rFonts w:cs="Calibri"/>
          <w:sz w:val="17"/>
          <w:szCs w:val="17"/>
        </w:rPr>
        <w:t>z siedzibą w Tychach ul.</w:t>
      </w:r>
      <w:r w:rsidR="00DD4B55">
        <w:rPr>
          <w:rFonts w:cs="Calibri"/>
          <w:sz w:val="17"/>
          <w:szCs w:val="17"/>
        </w:rPr>
        <w:t xml:space="preserve"> Konecznego 1</w:t>
      </w:r>
      <w:r w:rsidRPr="00542141">
        <w:rPr>
          <w:rFonts w:cs="Calibri"/>
          <w:sz w:val="17"/>
          <w:szCs w:val="17"/>
        </w:rPr>
        <w:t>.</w:t>
      </w:r>
    </w:p>
    <w:p w14:paraId="3578D610" w14:textId="77777777" w:rsidR="000E3E2C" w:rsidRPr="00542141" w:rsidRDefault="000E3E2C" w:rsidP="000E3E2C">
      <w:pPr>
        <w:pStyle w:val="Akapitzlist"/>
        <w:numPr>
          <w:ilvl w:val="0"/>
          <w:numId w:val="10"/>
        </w:numPr>
        <w:spacing w:after="0" w:line="259" w:lineRule="auto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Cele i podstawy prawne przetwarzania danych</w:t>
      </w:r>
    </w:p>
    <w:p w14:paraId="77B8FF39" w14:textId="77777777" w:rsidR="000E3E2C" w:rsidRPr="00542141" w:rsidRDefault="000E3E2C" w:rsidP="000E3E2C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 xml:space="preserve">Dane osobowe uczestników konkursów (uczniów/dzieci), ich rodziców/opiekunów prawnych, a także – jeżeli dotyczy – nauczycieli/opiekunów mogą być przetwarzane w związku z organizacją i przeprowadzeniem konkursu, w szczególności </w:t>
      </w:r>
      <w:r>
        <w:rPr>
          <w:rFonts w:cs="Calibri"/>
          <w:sz w:val="17"/>
          <w:szCs w:val="17"/>
        </w:rPr>
        <w:br/>
      </w:r>
      <w:r w:rsidRPr="00542141">
        <w:rPr>
          <w:rFonts w:cs="Calibri"/>
          <w:sz w:val="17"/>
          <w:szCs w:val="17"/>
        </w:rPr>
        <w:t>w celu:</w:t>
      </w:r>
    </w:p>
    <w:p w14:paraId="0F241EA1" w14:textId="77777777" w:rsidR="000E3E2C" w:rsidRPr="00542141" w:rsidRDefault="000E3E2C" w:rsidP="000E3E2C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przyjmowania zgłoszeń i weryfikacji spełnienia warunków udziału,</w:t>
      </w:r>
    </w:p>
    <w:p w14:paraId="77B7AFC5" w14:textId="77777777" w:rsidR="000E3E2C" w:rsidRPr="00542141" w:rsidRDefault="000E3E2C" w:rsidP="000E3E2C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przeprowadzenia konkursu (ocena prac, posiedzenia komisji, protokoły),</w:t>
      </w:r>
    </w:p>
    <w:p w14:paraId="5CDF1BFD" w14:textId="77777777" w:rsidR="000E3E2C" w:rsidRPr="00542141" w:rsidRDefault="000E3E2C" w:rsidP="000E3E2C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wyłonienia laureatów oraz ogłoszenia wyników,</w:t>
      </w:r>
    </w:p>
    <w:p w14:paraId="7641A9D3" w14:textId="77777777" w:rsidR="000E3E2C" w:rsidRPr="00542141" w:rsidRDefault="000E3E2C" w:rsidP="000E3E2C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przyznania i wydania nagród,</w:t>
      </w:r>
    </w:p>
    <w:p w14:paraId="501CF997" w14:textId="77777777" w:rsidR="000E3E2C" w:rsidRPr="00542141" w:rsidRDefault="000E3E2C" w:rsidP="000E3E2C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kontaktu z uczestnikami lub rodzicami/opiekunami,</w:t>
      </w:r>
    </w:p>
    <w:p w14:paraId="029FEC1A" w14:textId="77777777" w:rsidR="000E3E2C" w:rsidRPr="00542141" w:rsidRDefault="000E3E2C" w:rsidP="000E3E2C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archiwizacji dokumentacji konkursowej,</w:t>
      </w:r>
    </w:p>
    <w:p w14:paraId="4C31578B" w14:textId="77777777" w:rsidR="000E3E2C" w:rsidRPr="00542141" w:rsidRDefault="000E3E2C" w:rsidP="000E3E2C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ustalenia, dochodzenia lub obrony roszczeń – jeżeli wystąpi taka potrzeba.</w:t>
      </w:r>
    </w:p>
    <w:p w14:paraId="1BF84EE2" w14:textId="77777777" w:rsidR="000E3E2C" w:rsidRPr="00542141" w:rsidRDefault="000E3E2C" w:rsidP="000E3E2C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Podstawą prawną przetwarzania danych osobowych jest:</w:t>
      </w:r>
    </w:p>
    <w:p w14:paraId="1FF70759" w14:textId="77777777" w:rsidR="000E3E2C" w:rsidRPr="00542141" w:rsidRDefault="000E3E2C" w:rsidP="000E3E2C">
      <w:pPr>
        <w:numPr>
          <w:ilvl w:val="0"/>
          <w:numId w:val="11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 xml:space="preserve">art. 6 ust. 1 lit. e RODO </w:t>
      </w:r>
      <w:r w:rsidRPr="00542141">
        <w:rPr>
          <w:rFonts w:cs="Calibri"/>
          <w:sz w:val="17"/>
          <w:szCs w:val="17"/>
        </w:rPr>
        <w:t>– przetwarzanie niezbędne do wykonania zadania realizowanego w interesie publicznym (działalność dydaktyczna, wychowawcza, opiekuńcza lub kulturalno-oświatowa placówki),</w:t>
      </w:r>
    </w:p>
    <w:p w14:paraId="62E1B39A" w14:textId="77777777" w:rsidR="000E3E2C" w:rsidRPr="00542141" w:rsidRDefault="000E3E2C" w:rsidP="000E3E2C">
      <w:pPr>
        <w:numPr>
          <w:ilvl w:val="0"/>
          <w:numId w:val="11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art. 6 ust. 1 lit. c RODO (jeżeli dotyczy)</w:t>
      </w:r>
      <w:r w:rsidRPr="00542141">
        <w:rPr>
          <w:rFonts w:cs="Calibri"/>
          <w:sz w:val="17"/>
          <w:szCs w:val="17"/>
        </w:rPr>
        <w:t xml:space="preserve"> – przetwarzanie niezbędne do wypełnienia obowiązków prawnych ciążących na Administratorze (np. obowiązki ewidencyjne, rachunkowe, podatkowe związane z nagrodami),</w:t>
      </w:r>
    </w:p>
    <w:p w14:paraId="07B405B9" w14:textId="77777777" w:rsidR="000E3E2C" w:rsidRPr="00542141" w:rsidRDefault="000E3E2C" w:rsidP="000E3E2C">
      <w:pPr>
        <w:numPr>
          <w:ilvl w:val="0"/>
          <w:numId w:val="11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art. 6 ust. 1 lit. a RODO (jeżeli dotyczy)</w:t>
      </w:r>
      <w:r w:rsidRPr="00542141">
        <w:rPr>
          <w:rFonts w:cs="Calibri"/>
          <w:sz w:val="17"/>
          <w:szCs w:val="17"/>
        </w:rPr>
        <w:t xml:space="preserve"> – zgoda (w szczególności w zakresie publikacji wizerunku oraz danych </w:t>
      </w:r>
      <w:r>
        <w:rPr>
          <w:rFonts w:cs="Calibri"/>
          <w:sz w:val="17"/>
          <w:szCs w:val="17"/>
        </w:rPr>
        <w:br/>
      </w:r>
      <w:r w:rsidRPr="00542141">
        <w:rPr>
          <w:rFonts w:cs="Calibri"/>
          <w:sz w:val="17"/>
          <w:szCs w:val="17"/>
        </w:rPr>
        <w:t>w szerszym zakresie niż niezbędny do organizacji konkursu, np. w mediach społecznościowych),</w:t>
      </w:r>
    </w:p>
    <w:p w14:paraId="204C3777" w14:textId="77777777" w:rsidR="000E3E2C" w:rsidRPr="00542141" w:rsidRDefault="000E3E2C" w:rsidP="000E3E2C">
      <w:pPr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Podstawę prawną stanowią w szczególności przepisy regulujące działalność placówek oświatowych (w szczególności Prawo oświatowe), regulamin konkursu, przepisy podatkowe – jeżeli konkurs wiąże się z przyznawaniem nagród podlegających rozliczeniom.</w:t>
      </w:r>
    </w:p>
    <w:p w14:paraId="26F89EFB" w14:textId="77777777" w:rsidR="000E3E2C" w:rsidRPr="00542141" w:rsidRDefault="000E3E2C" w:rsidP="000E3E2C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Odbiorcy danych</w:t>
      </w:r>
    </w:p>
    <w:p w14:paraId="2AF7D95A" w14:textId="77777777" w:rsidR="000E3E2C" w:rsidRPr="00542141" w:rsidRDefault="000E3E2C" w:rsidP="000E3E2C">
      <w:pPr>
        <w:pStyle w:val="NormalnyWeb"/>
        <w:spacing w:before="0" w:beforeAutospacing="0" w:after="0" w:afterAutospacing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hAnsiTheme="minorHAnsi" w:cs="Calibri"/>
          <w:sz w:val="17"/>
          <w:szCs w:val="17"/>
        </w:rPr>
        <w:t xml:space="preserve">Dane </w:t>
      </w: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osobowe mogą być przekazywane wyłącznie:</w:t>
      </w:r>
    </w:p>
    <w:p w14:paraId="015A2731" w14:textId="77777777" w:rsidR="000E3E2C" w:rsidRPr="00542141" w:rsidRDefault="000E3E2C" w:rsidP="000E3E2C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lastRenderedPageBreak/>
        <w:t>podmiotom przetwarzającym dane na zlecenie Administratora (np. dostawcom narzędzi IT, systemów wykorzystywanych do komunikacji lub publikacji) – na podstawie umów powierzenia przetwarzania danych,</w:t>
      </w:r>
    </w:p>
    <w:p w14:paraId="7A9E3FF0" w14:textId="77777777" w:rsidR="000E3E2C" w:rsidRPr="00542141" w:rsidRDefault="000E3E2C" w:rsidP="000E3E2C">
      <w:pPr>
        <w:pStyle w:val="NormalnyWeb"/>
        <w:numPr>
          <w:ilvl w:val="0"/>
          <w:numId w:val="13"/>
        </w:numPr>
        <w:spacing w:after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podmiotom uprawnionym do otrzymania danych na podstawie przepisów prawa (np. organy podatkowe – jeżeli dotyczy),</w:t>
      </w:r>
    </w:p>
    <w:p w14:paraId="2407E2C9" w14:textId="77777777" w:rsidR="000E3E2C" w:rsidRPr="00542141" w:rsidRDefault="000E3E2C" w:rsidP="000E3E2C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odbiorcom publikacji – jeżeli wyniki lub materiały konkursowe są publikowane (np. strona www, BIP, media społecznościowe) – w zakresie określonym regulaminem konkursu lub udzieloną zgodą.</w:t>
      </w:r>
    </w:p>
    <w:p w14:paraId="5D93FD21" w14:textId="77777777" w:rsidR="000E3E2C" w:rsidRPr="00542141" w:rsidRDefault="000E3E2C" w:rsidP="000E3E2C">
      <w:pPr>
        <w:pStyle w:val="NormalnyWeb"/>
        <w:spacing w:before="0" w:beforeAutospacing="0" w:after="240" w:afterAutospacing="0"/>
        <w:jc w:val="both"/>
        <w:rPr>
          <w:rFonts w:asciiTheme="minorHAnsi" w:hAnsiTheme="minorHAnsi" w:cs="Calibri"/>
          <w:sz w:val="17"/>
          <w:szCs w:val="17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Dane osobowe co do zasady nie są przekazywane do państw trzecich ani organizacji międzynarodowych.</w:t>
      </w:r>
    </w:p>
    <w:p w14:paraId="1162B91A" w14:textId="77777777" w:rsidR="000E3E2C" w:rsidRPr="00542141" w:rsidRDefault="000E3E2C" w:rsidP="000E3E2C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Okres przechowywania danych</w:t>
      </w:r>
    </w:p>
    <w:p w14:paraId="1363D352" w14:textId="77777777" w:rsidR="000E3E2C" w:rsidRPr="00542141" w:rsidRDefault="000E3E2C" w:rsidP="000E3E2C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Dane osobowe będą przechowywane przez okres niezbędny do organizacji i rozliczenia konkursu, a następnie przez okres wynikający z przepisów prawa oraz zasad archiwizacji dokumentacji obowiązujących u Administratora, a także przez okres niezbędny do ustalenia, dochodzenia lub obrony roszczeń – jeżeli wystąpi taka potrzeba.</w:t>
      </w:r>
    </w:p>
    <w:p w14:paraId="77AE9F17" w14:textId="77777777" w:rsidR="000E3E2C" w:rsidRPr="00542141" w:rsidRDefault="000E3E2C" w:rsidP="000E3E2C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W przypadku przetwarzania danych na podstawie zgody (np. wizerunek), dane będą przetwarzane do momentu jej wycofania lub do czasu usunięcia materiałów zgodnie z przyjętymi zasadami publikacji.</w:t>
      </w:r>
    </w:p>
    <w:p w14:paraId="011A3F4D" w14:textId="77777777" w:rsidR="000E3E2C" w:rsidRPr="00542141" w:rsidRDefault="000E3E2C" w:rsidP="000E3E2C">
      <w:pPr>
        <w:spacing w:after="0"/>
        <w:ind w:left="360"/>
        <w:jc w:val="both"/>
        <w:rPr>
          <w:rFonts w:cs="Calibri"/>
          <w:sz w:val="17"/>
          <w:szCs w:val="17"/>
        </w:rPr>
      </w:pPr>
    </w:p>
    <w:p w14:paraId="66FB2FE2" w14:textId="77777777" w:rsidR="000E3E2C" w:rsidRPr="00542141" w:rsidRDefault="000E3E2C" w:rsidP="000E3E2C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Prawa osób, których dane dotyczą</w:t>
      </w:r>
    </w:p>
    <w:p w14:paraId="4D68D2CF" w14:textId="77777777" w:rsidR="000E3E2C" w:rsidRPr="00542141" w:rsidRDefault="000E3E2C" w:rsidP="000E3E2C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Osobom, których dane dotyczą, przysługuje prawo do:</w:t>
      </w:r>
    </w:p>
    <w:p w14:paraId="496C2F1B" w14:textId="77777777" w:rsidR="000E3E2C" w:rsidRPr="00542141" w:rsidRDefault="000E3E2C" w:rsidP="000E3E2C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dostępu do danych osobowych oraz uzyskania ich kopii,</w:t>
      </w:r>
    </w:p>
    <w:p w14:paraId="56580BD4" w14:textId="77777777" w:rsidR="000E3E2C" w:rsidRPr="00542141" w:rsidRDefault="000E3E2C" w:rsidP="000E3E2C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sprostowania danych osobowych,</w:t>
      </w:r>
    </w:p>
    <w:p w14:paraId="0ACAA8DF" w14:textId="77777777" w:rsidR="000E3E2C" w:rsidRPr="00542141" w:rsidRDefault="000E3E2C" w:rsidP="000E3E2C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ograniczenia przetwarzania – w przypadkach przewidzianych przepisami prawa,</w:t>
      </w:r>
    </w:p>
    <w:p w14:paraId="1BBD3939" w14:textId="77777777" w:rsidR="000E3E2C" w:rsidRPr="00542141" w:rsidRDefault="000E3E2C" w:rsidP="000E3E2C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cofnięcia zgody – w zakresie, w jakim przetwarzanie odbywa się na jej podstawie,</w:t>
      </w:r>
    </w:p>
    <w:p w14:paraId="4548FAC0" w14:textId="77777777" w:rsidR="000E3E2C" w:rsidRPr="00542141" w:rsidRDefault="000E3E2C" w:rsidP="000E3E2C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wniesienia sprzeciwu wobec przetwarzania danych – w przypadkach przewidzianych w art. 21 RODO,</w:t>
      </w:r>
    </w:p>
    <w:p w14:paraId="1BC876B0" w14:textId="77777777" w:rsidR="000E3E2C" w:rsidRPr="00542141" w:rsidRDefault="000E3E2C" w:rsidP="000E3E2C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wniesienia skargi do Prezesa Urzędu Ochrony Danych Osobowych.</w:t>
      </w:r>
    </w:p>
    <w:p w14:paraId="747DF6BB" w14:textId="77777777" w:rsidR="000E3E2C" w:rsidRPr="00542141" w:rsidRDefault="000E3E2C" w:rsidP="000E3E2C">
      <w:pPr>
        <w:spacing w:after="0"/>
        <w:ind w:left="360"/>
        <w:jc w:val="both"/>
        <w:rPr>
          <w:rFonts w:cs="Calibri"/>
          <w:sz w:val="17"/>
          <w:szCs w:val="17"/>
        </w:rPr>
      </w:pPr>
    </w:p>
    <w:p w14:paraId="1F6F5800" w14:textId="77777777" w:rsidR="000E3E2C" w:rsidRPr="00542141" w:rsidRDefault="000E3E2C" w:rsidP="000E3E2C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Informacja o obowiązku podania danych i profilowaniu</w:t>
      </w:r>
    </w:p>
    <w:p w14:paraId="0D8FB96A" w14:textId="77777777" w:rsidR="000E3E2C" w:rsidRPr="00542141" w:rsidRDefault="000E3E2C" w:rsidP="000E3E2C">
      <w:pPr>
        <w:spacing w:after="0"/>
        <w:ind w:left="36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 xml:space="preserve">Podanie danych osobowych jest niezbędne do udziału w konkursie i jego przeprowadzenia. Niepodanie danych może skutkować brakiem możliwości udziału w konkursie lub wydania nagrody. W zakresie danych przetwarzanych na podstawie zgody, w szczególności dotyczących wizerunku, podanie danych jest dobrowolne. Dane nie są przetwarzane </w:t>
      </w:r>
      <w:r>
        <w:rPr>
          <w:rFonts w:cs="Calibri"/>
          <w:sz w:val="17"/>
          <w:szCs w:val="17"/>
        </w:rPr>
        <w:br/>
      </w:r>
      <w:r w:rsidRPr="00542141">
        <w:rPr>
          <w:rFonts w:cs="Calibri"/>
          <w:sz w:val="17"/>
          <w:szCs w:val="17"/>
        </w:rPr>
        <w:t>w sposób zautomatyzowany i nie podlegają profilowaniu.</w:t>
      </w:r>
    </w:p>
    <w:p w14:paraId="5DC8E0F0" w14:textId="77777777" w:rsidR="000E3E2C" w:rsidRPr="00542141" w:rsidRDefault="000E3E2C" w:rsidP="000E3E2C">
      <w:pPr>
        <w:spacing w:after="0"/>
        <w:ind w:left="360"/>
        <w:jc w:val="both"/>
        <w:rPr>
          <w:rFonts w:cs="Calibri"/>
          <w:sz w:val="17"/>
          <w:szCs w:val="17"/>
        </w:rPr>
      </w:pPr>
    </w:p>
    <w:p w14:paraId="7E6A3153" w14:textId="77777777" w:rsidR="000E3E2C" w:rsidRPr="00542141" w:rsidRDefault="000E3E2C" w:rsidP="000E3E2C">
      <w:pPr>
        <w:pStyle w:val="Akapitzlist"/>
        <w:numPr>
          <w:ilvl w:val="0"/>
          <w:numId w:val="10"/>
        </w:numPr>
        <w:spacing w:after="0" w:line="259" w:lineRule="auto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Kontakt w sprawach związanych z ochroną danych osobowych:</w:t>
      </w:r>
    </w:p>
    <w:p w14:paraId="1A5F5781" w14:textId="74A7ADAF" w:rsidR="008C433D" w:rsidRDefault="000E3E2C" w:rsidP="000E3E2C">
      <w:pPr>
        <w:rPr>
          <w:rFonts w:ascii="Calibri" w:hAnsi="Calibri" w:cs="Calibri"/>
          <w:b/>
          <w:bCs/>
          <w:sz w:val="17"/>
          <w:szCs w:val="17"/>
        </w:rPr>
      </w:pPr>
      <w:r w:rsidRPr="00542141">
        <w:rPr>
          <w:rFonts w:cs="Calibri"/>
          <w:sz w:val="17"/>
          <w:szCs w:val="17"/>
        </w:rPr>
        <w:t>Jest możliwy z wyznaczonym Inspektorem ochrony danych pod adresem e-mail</w:t>
      </w:r>
      <w:r w:rsidRPr="00542141">
        <w:rPr>
          <w:rFonts w:ascii="Calibri" w:hAnsi="Calibri" w:cs="Calibri"/>
          <w:sz w:val="17"/>
          <w:szCs w:val="17"/>
        </w:rPr>
        <w:t xml:space="preserve">: </w:t>
      </w:r>
      <w:r w:rsidR="00B3784A" w:rsidRPr="002D7080">
        <w:rPr>
          <w:rFonts w:ascii="Calibri" w:hAnsi="Calibri" w:cs="Calibri"/>
          <w:sz w:val="17"/>
          <w:szCs w:val="17"/>
        </w:rPr>
        <w:t>iod.sp37@oswiata.tychy.pl</w:t>
      </w:r>
      <w:r w:rsidR="002D7080">
        <w:rPr>
          <w:rFonts w:ascii="Calibri" w:hAnsi="Calibri" w:cs="Calibri"/>
          <w:sz w:val="17"/>
          <w:szCs w:val="17"/>
        </w:rPr>
        <w:t>.</w:t>
      </w:r>
    </w:p>
    <w:p w14:paraId="3C69DF95" w14:textId="33517C33" w:rsidR="008C433D" w:rsidRPr="004A1D9B" w:rsidRDefault="00B761CA" w:rsidP="004A1D9B">
      <w:pPr>
        <w:ind w:left="504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>
        <w:rPr>
          <w:rFonts w:ascii="Calibri" w:hAnsi="Calibri" w:cs="Calibri"/>
          <w:b/>
          <w:bCs/>
          <w:sz w:val="17"/>
          <w:szCs w:val="17"/>
        </w:rPr>
        <w:tab/>
      </w:r>
      <w:r w:rsidRPr="00B761CA">
        <w:rPr>
          <w:rFonts w:ascii="Calibri" w:hAnsi="Calibri" w:cs="Calibri"/>
          <w:b/>
          <w:bCs/>
          <w:sz w:val="24"/>
          <w:szCs w:val="24"/>
        </w:rPr>
        <w:tab/>
      </w:r>
      <w:r w:rsidR="004A1D9B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</w:t>
      </w:r>
      <w:r w:rsidRPr="004A1D9B">
        <w:rPr>
          <w:rFonts w:ascii="Calibri" w:hAnsi="Calibri" w:cs="Calibri"/>
          <w:sz w:val="24"/>
          <w:szCs w:val="24"/>
        </w:rPr>
        <w:t>…………………………………………………</w:t>
      </w:r>
    </w:p>
    <w:p w14:paraId="15536E63" w14:textId="4DAE7A14" w:rsidR="00B761CA" w:rsidRPr="004A1D9B" w:rsidRDefault="00B761CA" w:rsidP="004A1D9B">
      <w:pPr>
        <w:rPr>
          <w:rFonts w:cs="Arial"/>
          <w:i/>
          <w:iCs/>
          <w:sz w:val="24"/>
          <w:szCs w:val="24"/>
        </w:rPr>
      </w:pP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  <w:t xml:space="preserve">      </w:t>
      </w:r>
      <w:r w:rsidRPr="004A1D9B">
        <w:rPr>
          <w:rFonts w:cs="Arial"/>
          <w:i/>
          <w:iCs/>
          <w:sz w:val="24"/>
          <w:szCs w:val="24"/>
        </w:rPr>
        <w:t xml:space="preserve">  </w:t>
      </w:r>
      <w:r w:rsidR="004A1D9B">
        <w:rPr>
          <w:rFonts w:cs="Arial"/>
          <w:i/>
          <w:iCs/>
          <w:sz w:val="24"/>
          <w:szCs w:val="24"/>
        </w:rPr>
        <w:tab/>
      </w:r>
      <w:r w:rsidR="004A1D9B">
        <w:rPr>
          <w:rFonts w:cs="Arial"/>
          <w:i/>
          <w:iCs/>
          <w:sz w:val="24"/>
          <w:szCs w:val="24"/>
        </w:rPr>
        <w:tab/>
        <w:t xml:space="preserve"> </w:t>
      </w:r>
      <w:r w:rsidRPr="004A1D9B">
        <w:rPr>
          <w:rFonts w:cs="Arial"/>
          <w:i/>
          <w:iCs/>
          <w:sz w:val="24"/>
          <w:szCs w:val="24"/>
        </w:rPr>
        <w:t xml:space="preserve">  </w:t>
      </w:r>
      <w:r w:rsidR="00454C2F">
        <w:rPr>
          <w:rFonts w:cs="Arial"/>
          <w:i/>
          <w:iCs/>
          <w:sz w:val="24"/>
          <w:szCs w:val="24"/>
        </w:rPr>
        <w:t>(</w:t>
      </w:r>
      <w:r w:rsidRPr="004A1D9B">
        <w:rPr>
          <w:rFonts w:cs="Arial"/>
          <w:i/>
          <w:iCs/>
          <w:sz w:val="24"/>
          <w:szCs w:val="24"/>
        </w:rPr>
        <w:t>podpis</w:t>
      </w:r>
      <w:r w:rsidR="00454C2F">
        <w:rPr>
          <w:rFonts w:cs="Arial"/>
          <w:i/>
          <w:iCs/>
          <w:sz w:val="24"/>
          <w:szCs w:val="24"/>
        </w:rPr>
        <w:t>)</w:t>
      </w:r>
    </w:p>
    <w:p w14:paraId="28B833C9" w14:textId="77777777" w:rsidR="008C433D" w:rsidRDefault="008C433D" w:rsidP="004A1D9B">
      <w:pPr>
        <w:jc w:val="right"/>
        <w:rPr>
          <w:rFonts w:ascii="Calibri" w:hAnsi="Calibri" w:cs="Calibri"/>
          <w:b/>
          <w:bCs/>
          <w:sz w:val="17"/>
          <w:szCs w:val="17"/>
        </w:rPr>
      </w:pPr>
    </w:p>
    <w:p w14:paraId="5BDB83DF" w14:textId="77777777" w:rsidR="008C433D" w:rsidRDefault="008C433D" w:rsidP="000E3E2C">
      <w:pPr>
        <w:rPr>
          <w:rFonts w:ascii="Calibri" w:hAnsi="Calibri" w:cs="Calibri"/>
          <w:b/>
          <w:bCs/>
          <w:sz w:val="17"/>
          <w:szCs w:val="17"/>
        </w:rPr>
      </w:pPr>
    </w:p>
    <w:p w14:paraId="47023666" w14:textId="77777777" w:rsidR="008C433D" w:rsidRDefault="008C433D" w:rsidP="000E3E2C">
      <w:pPr>
        <w:rPr>
          <w:rFonts w:ascii="Calibri" w:hAnsi="Calibri" w:cs="Calibri"/>
          <w:b/>
          <w:bCs/>
          <w:sz w:val="17"/>
          <w:szCs w:val="17"/>
        </w:rPr>
      </w:pPr>
    </w:p>
    <w:p w14:paraId="4EF3D884" w14:textId="77777777" w:rsidR="008C433D" w:rsidRDefault="008C433D" w:rsidP="000E3E2C">
      <w:pPr>
        <w:rPr>
          <w:rFonts w:ascii="Calibri" w:hAnsi="Calibri" w:cs="Calibri"/>
          <w:b/>
          <w:bCs/>
          <w:sz w:val="17"/>
          <w:szCs w:val="17"/>
        </w:rPr>
      </w:pPr>
    </w:p>
    <w:p w14:paraId="7C1CF84A" w14:textId="77777777" w:rsidR="008C433D" w:rsidRDefault="008C433D" w:rsidP="000E3E2C">
      <w:pPr>
        <w:rPr>
          <w:rFonts w:ascii="Calibri" w:hAnsi="Calibri" w:cs="Calibri"/>
          <w:b/>
          <w:bCs/>
          <w:sz w:val="17"/>
          <w:szCs w:val="17"/>
        </w:rPr>
      </w:pPr>
    </w:p>
    <w:p w14:paraId="65BA9D99" w14:textId="77777777" w:rsidR="008C433D" w:rsidRDefault="008C433D" w:rsidP="000E3E2C">
      <w:pPr>
        <w:rPr>
          <w:rFonts w:ascii="Calibri" w:hAnsi="Calibri" w:cs="Calibri"/>
          <w:b/>
          <w:bCs/>
          <w:sz w:val="17"/>
          <w:szCs w:val="17"/>
        </w:rPr>
      </w:pPr>
    </w:p>
    <w:p w14:paraId="10A6FECE" w14:textId="77777777" w:rsidR="008C433D" w:rsidRDefault="008C433D" w:rsidP="000E3E2C">
      <w:pPr>
        <w:rPr>
          <w:rFonts w:ascii="Calibri" w:hAnsi="Calibri" w:cs="Calibri"/>
          <w:b/>
          <w:bCs/>
          <w:sz w:val="17"/>
          <w:szCs w:val="17"/>
        </w:rPr>
      </w:pPr>
    </w:p>
    <w:p w14:paraId="4FF18A19" w14:textId="77777777" w:rsidR="008C433D" w:rsidRDefault="008C433D" w:rsidP="000E3E2C">
      <w:pPr>
        <w:rPr>
          <w:rFonts w:ascii="Calibri" w:hAnsi="Calibri" w:cs="Calibri"/>
          <w:b/>
          <w:bCs/>
          <w:sz w:val="17"/>
          <w:szCs w:val="17"/>
        </w:rPr>
      </w:pPr>
    </w:p>
    <w:p w14:paraId="730CCFE3" w14:textId="77777777" w:rsidR="008C433D" w:rsidRDefault="008C433D" w:rsidP="000E3E2C">
      <w:pPr>
        <w:rPr>
          <w:rFonts w:ascii="Calibri" w:hAnsi="Calibri" w:cs="Calibri"/>
          <w:b/>
          <w:bCs/>
          <w:sz w:val="17"/>
          <w:szCs w:val="17"/>
        </w:rPr>
      </w:pPr>
    </w:p>
    <w:p w14:paraId="013AD011" w14:textId="77777777" w:rsidR="003113B5" w:rsidRPr="002D7080" w:rsidRDefault="003113B5" w:rsidP="000E3E2C">
      <w:pPr>
        <w:rPr>
          <w:rFonts w:cs="Arial"/>
          <w:b/>
          <w:bCs/>
          <w:szCs w:val="21"/>
        </w:rPr>
      </w:pPr>
    </w:p>
    <w:p w14:paraId="77862EC1" w14:textId="5480ED8C" w:rsidR="003113B5" w:rsidRPr="00333ED1" w:rsidRDefault="003113B5" w:rsidP="002D748D">
      <w:pPr>
        <w:jc w:val="right"/>
        <w:rPr>
          <w:rFonts w:cs="Arial"/>
          <w:i/>
          <w:iCs/>
          <w:szCs w:val="21"/>
        </w:rPr>
      </w:pPr>
      <w:r w:rsidRPr="00333ED1">
        <w:rPr>
          <w:rFonts w:cs="Arial"/>
          <w:i/>
          <w:iCs/>
          <w:szCs w:val="21"/>
        </w:rPr>
        <w:lastRenderedPageBreak/>
        <w:t>zał. nr 2</w:t>
      </w:r>
    </w:p>
    <w:p w14:paraId="41AFAE12" w14:textId="7125E65A" w:rsidR="003113B5" w:rsidRPr="002D748D" w:rsidRDefault="003113B5" w:rsidP="003113B5">
      <w:pPr>
        <w:rPr>
          <w:rFonts w:ascii="Calibri" w:hAnsi="Calibri" w:cs="Calibri"/>
          <w:sz w:val="17"/>
          <w:szCs w:val="17"/>
        </w:rPr>
      </w:pPr>
      <w:r w:rsidRPr="002D748D">
        <w:rPr>
          <w:rFonts w:ascii="Calibri" w:hAnsi="Calibri" w:cs="Calibri"/>
          <w:sz w:val="17"/>
          <w:szCs w:val="17"/>
        </w:rPr>
        <w:t xml:space="preserve">                                                                                                                                                                </w:t>
      </w:r>
    </w:p>
    <w:p w14:paraId="0BB5AF46" w14:textId="35A204D5" w:rsidR="003113B5" w:rsidRPr="002D748D" w:rsidRDefault="003113B5" w:rsidP="003113B5">
      <w:pPr>
        <w:rPr>
          <w:rFonts w:cs="Arial"/>
          <w:sz w:val="20"/>
          <w:szCs w:val="20"/>
        </w:rPr>
      </w:pPr>
      <w:r w:rsidRPr="002D748D">
        <w:rPr>
          <w:rFonts w:cs="Arial"/>
          <w:sz w:val="20"/>
          <w:szCs w:val="20"/>
        </w:rPr>
        <w:t xml:space="preserve"> ....................................</w:t>
      </w:r>
      <w:r w:rsidR="002D748D">
        <w:rPr>
          <w:rFonts w:cs="Arial"/>
          <w:sz w:val="20"/>
          <w:szCs w:val="20"/>
        </w:rPr>
        <w:t>....</w:t>
      </w:r>
      <w:r w:rsidRPr="002D748D">
        <w:rPr>
          <w:rFonts w:cs="Arial"/>
          <w:sz w:val="20"/>
          <w:szCs w:val="20"/>
        </w:rPr>
        <w:t>..............</w:t>
      </w:r>
      <w:r w:rsidRPr="002D748D">
        <w:rPr>
          <w:rFonts w:cs="Arial"/>
          <w:sz w:val="20"/>
          <w:szCs w:val="20"/>
        </w:rPr>
        <w:tab/>
      </w:r>
      <w:r w:rsidRPr="002D748D">
        <w:rPr>
          <w:rFonts w:cs="Arial"/>
          <w:sz w:val="20"/>
          <w:szCs w:val="20"/>
        </w:rPr>
        <w:tab/>
      </w:r>
      <w:r w:rsidRPr="002D748D">
        <w:rPr>
          <w:rFonts w:cs="Arial"/>
          <w:sz w:val="20"/>
          <w:szCs w:val="20"/>
        </w:rPr>
        <w:tab/>
      </w:r>
      <w:r w:rsidRPr="002D748D">
        <w:rPr>
          <w:rFonts w:cs="Arial"/>
          <w:sz w:val="20"/>
          <w:szCs w:val="20"/>
        </w:rPr>
        <w:tab/>
        <w:t xml:space="preserve">                       ..........................................</w:t>
      </w:r>
    </w:p>
    <w:p w14:paraId="5411D5E3" w14:textId="34FC777E" w:rsidR="003113B5" w:rsidRPr="00333ED1" w:rsidRDefault="003113B5" w:rsidP="003113B5">
      <w:pPr>
        <w:rPr>
          <w:rFonts w:cs="Arial"/>
          <w:i/>
          <w:iCs/>
          <w:sz w:val="20"/>
          <w:szCs w:val="20"/>
        </w:rPr>
      </w:pPr>
      <w:r w:rsidRPr="00333ED1">
        <w:rPr>
          <w:rFonts w:cs="Arial"/>
          <w:i/>
          <w:iCs/>
          <w:sz w:val="20"/>
          <w:szCs w:val="20"/>
        </w:rPr>
        <w:t>(imię i nazwisko uczestnika konkursu)</w:t>
      </w:r>
      <w:r w:rsidRPr="00333ED1">
        <w:rPr>
          <w:rFonts w:cs="Arial"/>
          <w:i/>
          <w:iCs/>
          <w:sz w:val="20"/>
          <w:szCs w:val="20"/>
        </w:rPr>
        <w:tab/>
      </w:r>
      <w:r w:rsidRPr="00333ED1">
        <w:rPr>
          <w:rFonts w:cs="Arial"/>
          <w:i/>
          <w:iCs/>
          <w:sz w:val="20"/>
          <w:szCs w:val="20"/>
        </w:rPr>
        <w:tab/>
      </w:r>
      <w:r w:rsidRPr="00333ED1">
        <w:rPr>
          <w:rFonts w:cs="Arial"/>
          <w:i/>
          <w:iCs/>
          <w:sz w:val="20"/>
          <w:szCs w:val="20"/>
        </w:rPr>
        <w:tab/>
      </w:r>
      <w:r w:rsidRPr="00333ED1">
        <w:rPr>
          <w:rFonts w:cs="Arial"/>
          <w:i/>
          <w:iCs/>
          <w:sz w:val="20"/>
          <w:szCs w:val="20"/>
        </w:rPr>
        <w:tab/>
      </w:r>
      <w:r w:rsidRPr="00333ED1">
        <w:rPr>
          <w:rFonts w:cs="Arial"/>
          <w:i/>
          <w:iCs/>
          <w:sz w:val="20"/>
          <w:szCs w:val="20"/>
        </w:rPr>
        <w:tab/>
      </w:r>
      <w:r w:rsidR="002D748D" w:rsidRPr="00333ED1">
        <w:rPr>
          <w:rFonts w:cs="Arial"/>
          <w:i/>
          <w:iCs/>
          <w:sz w:val="20"/>
          <w:szCs w:val="20"/>
        </w:rPr>
        <w:t xml:space="preserve">            </w:t>
      </w:r>
      <w:r w:rsidRPr="00333ED1">
        <w:rPr>
          <w:rFonts w:cs="Arial"/>
          <w:i/>
          <w:iCs/>
          <w:sz w:val="20"/>
          <w:szCs w:val="20"/>
        </w:rPr>
        <w:tab/>
        <w:t xml:space="preserve"> (miejscowość, data)</w:t>
      </w:r>
    </w:p>
    <w:p w14:paraId="4B474DEA" w14:textId="77777777" w:rsidR="003113B5" w:rsidRPr="002D748D" w:rsidRDefault="003113B5" w:rsidP="003113B5">
      <w:pPr>
        <w:rPr>
          <w:rFonts w:cs="Arial"/>
          <w:b/>
          <w:bCs/>
          <w:sz w:val="22"/>
        </w:rPr>
      </w:pPr>
    </w:p>
    <w:p w14:paraId="4B567FCC" w14:textId="77F25F37" w:rsidR="003113B5" w:rsidRPr="008F1032" w:rsidRDefault="003113B5" w:rsidP="008F1032">
      <w:pPr>
        <w:jc w:val="center"/>
        <w:rPr>
          <w:rFonts w:cs="Arial"/>
          <w:b/>
          <w:bCs/>
          <w:sz w:val="22"/>
        </w:rPr>
      </w:pPr>
      <w:r w:rsidRPr="002D748D">
        <w:rPr>
          <w:rFonts w:cs="Arial"/>
          <w:b/>
          <w:bCs/>
          <w:sz w:val="22"/>
        </w:rPr>
        <w:t>ZGODA NA UCZESTNICTWO W KONKURSIE</w:t>
      </w:r>
    </w:p>
    <w:p w14:paraId="23CC808F" w14:textId="202E8737" w:rsidR="003113B5" w:rsidRDefault="003113B5" w:rsidP="005F5AF4">
      <w:pPr>
        <w:rPr>
          <w:rFonts w:cs="Arial"/>
          <w:sz w:val="22"/>
        </w:rPr>
      </w:pPr>
      <w:r w:rsidRPr="002D748D">
        <w:rPr>
          <w:rFonts w:cs="Arial"/>
          <w:sz w:val="22"/>
        </w:rPr>
        <w:t>Oświadczam, iż wyrażam zgodę na udział w konkursie „</w:t>
      </w:r>
      <w:r w:rsidR="002D748D" w:rsidRPr="002D748D">
        <w:rPr>
          <w:rFonts w:cs="Arial"/>
          <w:sz w:val="22"/>
        </w:rPr>
        <w:t>Serce szydełkowe – życie zdrowe</w:t>
      </w:r>
      <w:r w:rsidRPr="002D748D">
        <w:rPr>
          <w:rFonts w:cs="Arial"/>
          <w:sz w:val="22"/>
        </w:rPr>
        <w:t xml:space="preserve">”, </w:t>
      </w:r>
      <w:r w:rsidR="002D748D" w:rsidRPr="002D748D">
        <w:rPr>
          <w:rFonts w:cs="Arial"/>
          <w:sz w:val="22"/>
        </w:rPr>
        <w:t xml:space="preserve"> </w:t>
      </w:r>
      <w:r w:rsidRPr="002D748D">
        <w:rPr>
          <w:rFonts w:cs="Arial"/>
          <w:sz w:val="22"/>
        </w:rPr>
        <w:t>którego organizatorem jest</w:t>
      </w:r>
      <w:r w:rsidR="002D748D" w:rsidRPr="002D748D">
        <w:rPr>
          <w:rFonts w:cs="Arial"/>
          <w:sz w:val="22"/>
        </w:rPr>
        <w:t xml:space="preserve"> Szkoła Podstawowa nr 37 z Oddziałami Dwujęzycznymi im. Kornela Makuszyńskiego w Tychach. </w:t>
      </w:r>
      <w:r w:rsidR="002D748D" w:rsidRPr="002D748D">
        <w:rPr>
          <w:rFonts w:cs="Arial"/>
          <w:sz w:val="22"/>
        </w:rPr>
        <w:br/>
      </w:r>
      <w:r w:rsidRPr="002D748D">
        <w:rPr>
          <w:rFonts w:cs="Arial"/>
          <w:sz w:val="22"/>
        </w:rPr>
        <w:t>Wyrażam zgodę na przetwarzanie moich danych osobowych w celach</w:t>
      </w:r>
      <w:r w:rsidR="002D748D">
        <w:rPr>
          <w:rFonts w:cs="Arial"/>
          <w:sz w:val="22"/>
        </w:rPr>
        <w:t xml:space="preserve"> </w:t>
      </w:r>
      <w:r w:rsidRPr="002D748D">
        <w:rPr>
          <w:rFonts w:cs="Arial"/>
          <w:sz w:val="22"/>
        </w:rPr>
        <w:t>realizacji konkursu,</w:t>
      </w:r>
      <w:r w:rsidR="002D748D">
        <w:rPr>
          <w:rFonts w:cs="Arial"/>
          <w:sz w:val="22"/>
        </w:rPr>
        <w:br/>
      </w:r>
      <w:r w:rsidRPr="002D748D">
        <w:rPr>
          <w:rFonts w:cs="Arial"/>
          <w:sz w:val="22"/>
        </w:rPr>
        <w:t xml:space="preserve"> tzn. w celach informacyjno-promocyjnych, dokumentacyjnych oraz w celu wyłonienia </w:t>
      </w:r>
      <w:r w:rsidR="008F1032">
        <w:rPr>
          <w:rFonts w:cs="Arial"/>
          <w:sz w:val="22"/>
        </w:rPr>
        <w:br/>
        <w:t xml:space="preserve">i </w:t>
      </w:r>
      <w:r w:rsidR="002D748D">
        <w:rPr>
          <w:rFonts w:cs="Arial"/>
          <w:sz w:val="22"/>
        </w:rPr>
        <w:t xml:space="preserve">ogłoszenia </w:t>
      </w:r>
      <w:r w:rsidRPr="002D748D">
        <w:rPr>
          <w:rFonts w:cs="Arial"/>
          <w:sz w:val="22"/>
        </w:rPr>
        <w:t>laureatów</w:t>
      </w:r>
      <w:r w:rsidR="002D748D" w:rsidRPr="002D748D">
        <w:rPr>
          <w:rFonts w:cs="Arial"/>
          <w:sz w:val="22"/>
        </w:rPr>
        <w:t xml:space="preserve"> </w:t>
      </w:r>
      <w:r w:rsidRPr="002D748D">
        <w:rPr>
          <w:rFonts w:cs="Arial"/>
          <w:sz w:val="22"/>
        </w:rPr>
        <w:t>konkursu.</w:t>
      </w:r>
    </w:p>
    <w:p w14:paraId="1BBA316D" w14:textId="77777777" w:rsidR="008F1032" w:rsidRPr="00CD1CA6" w:rsidRDefault="008F1032" w:rsidP="008F1032">
      <w:pPr>
        <w:rPr>
          <w:rFonts w:cs="Calibri"/>
          <w:b/>
          <w:bCs/>
          <w:sz w:val="18"/>
          <w:szCs w:val="18"/>
        </w:rPr>
      </w:pPr>
      <w:r w:rsidRPr="00CD1CA6">
        <w:rPr>
          <w:rFonts w:cs="Calibri"/>
          <w:b/>
          <w:bCs/>
          <w:sz w:val="18"/>
          <w:szCs w:val="18"/>
        </w:rPr>
        <w:t>Informacja dotycząca przetwarzania danych osobowych</w:t>
      </w:r>
    </w:p>
    <w:p w14:paraId="5106F28C" w14:textId="77777777" w:rsidR="008F1032" w:rsidRPr="00542141" w:rsidRDefault="008F1032" w:rsidP="0066582F">
      <w:pPr>
        <w:pStyle w:val="Akapitzlist"/>
        <w:numPr>
          <w:ilvl w:val="0"/>
          <w:numId w:val="15"/>
        </w:numPr>
        <w:spacing w:after="0" w:line="259" w:lineRule="auto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 xml:space="preserve">Administrator danych osobowych </w:t>
      </w:r>
    </w:p>
    <w:p w14:paraId="1293B76F" w14:textId="7C070FCB" w:rsidR="008F1032" w:rsidRPr="00542141" w:rsidRDefault="008F1032" w:rsidP="008F1032">
      <w:pPr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 xml:space="preserve">Administratorem danych osobowych jest </w:t>
      </w:r>
      <w:r>
        <w:rPr>
          <w:rFonts w:cs="Calibri"/>
          <w:sz w:val="17"/>
          <w:szCs w:val="17"/>
        </w:rPr>
        <w:t xml:space="preserve">Szkoła Podstawowa nr 37 z Oddziałami Dwujęzycznymi im. Kornela Makuszynskiego </w:t>
      </w:r>
      <w:r w:rsidRPr="00542141">
        <w:rPr>
          <w:rFonts w:cs="Calibri"/>
          <w:sz w:val="17"/>
          <w:szCs w:val="17"/>
        </w:rPr>
        <w:t>z siedzibą w Tychach ul.</w:t>
      </w:r>
      <w:r>
        <w:rPr>
          <w:rFonts w:cs="Calibri"/>
          <w:sz w:val="17"/>
          <w:szCs w:val="17"/>
        </w:rPr>
        <w:t xml:space="preserve"> Konecznego 1</w:t>
      </w:r>
      <w:r w:rsidRPr="00542141">
        <w:rPr>
          <w:rFonts w:cs="Calibri"/>
          <w:sz w:val="17"/>
          <w:szCs w:val="17"/>
        </w:rPr>
        <w:t>.</w:t>
      </w:r>
    </w:p>
    <w:p w14:paraId="47F0D73E" w14:textId="77777777" w:rsidR="008F1032" w:rsidRPr="00542141" w:rsidRDefault="008F1032" w:rsidP="0066582F">
      <w:pPr>
        <w:pStyle w:val="Akapitzlist"/>
        <w:numPr>
          <w:ilvl w:val="0"/>
          <w:numId w:val="16"/>
        </w:numPr>
        <w:spacing w:after="0" w:line="259" w:lineRule="auto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Cele i podstawy prawne przetwarzania danych</w:t>
      </w:r>
    </w:p>
    <w:p w14:paraId="7D7E4F05" w14:textId="77777777" w:rsidR="008F1032" w:rsidRPr="00542141" w:rsidRDefault="008F1032" w:rsidP="008F1032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 xml:space="preserve">Dane osobowe uczestników konkursów (uczniów/dzieci), ich rodziców/opiekunów prawnych, a także – jeżeli dotyczy – nauczycieli/opiekunów mogą być przetwarzane w związku z organizacją i przeprowadzeniem konkursu, w szczególności </w:t>
      </w:r>
      <w:r>
        <w:rPr>
          <w:rFonts w:cs="Calibri"/>
          <w:sz w:val="17"/>
          <w:szCs w:val="17"/>
        </w:rPr>
        <w:br/>
      </w:r>
      <w:r w:rsidRPr="00542141">
        <w:rPr>
          <w:rFonts w:cs="Calibri"/>
          <w:sz w:val="17"/>
          <w:szCs w:val="17"/>
        </w:rPr>
        <w:t>w celu:</w:t>
      </w:r>
    </w:p>
    <w:p w14:paraId="71AA696D" w14:textId="77777777" w:rsidR="008F1032" w:rsidRPr="00542141" w:rsidRDefault="008F1032" w:rsidP="008F1032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przyjmowania zgłoszeń i weryfikacji spełnienia warunków udziału,</w:t>
      </w:r>
    </w:p>
    <w:p w14:paraId="319B691E" w14:textId="77777777" w:rsidR="008F1032" w:rsidRPr="00542141" w:rsidRDefault="008F1032" w:rsidP="008F1032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przeprowadzenia konkursu (ocena prac, posiedzenia komisji, protokoły),</w:t>
      </w:r>
    </w:p>
    <w:p w14:paraId="321C7ABE" w14:textId="77777777" w:rsidR="008F1032" w:rsidRPr="00542141" w:rsidRDefault="008F1032" w:rsidP="008F1032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wyłonienia laureatów oraz ogłoszenia wyników,</w:t>
      </w:r>
    </w:p>
    <w:p w14:paraId="099D9282" w14:textId="77777777" w:rsidR="008F1032" w:rsidRPr="00542141" w:rsidRDefault="008F1032" w:rsidP="008F1032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przyznania i wydania nagród,</w:t>
      </w:r>
    </w:p>
    <w:p w14:paraId="7D0A43A3" w14:textId="77777777" w:rsidR="008F1032" w:rsidRPr="00542141" w:rsidRDefault="008F1032" w:rsidP="008F1032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kontaktu z uczestnikami lub rodzicami/opiekunami,</w:t>
      </w:r>
    </w:p>
    <w:p w14:paraId="0DD1D02F" w14:textId="77777777" w:rsidR="008F1032" w:rsidRPr="00542141" w:rsidRDefault="008F1032" w:rsidP="008F1032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archiwizacji dokumentacji konkursowej,</w:t>
      </w:r>
    </w:p>
    <w:p w14:paraId="452C5A3D" w14:textId="77777777" w:rsidR="008F1032" w:rsidRPr="00542141" w:rsidRDefault="008F1032" w:rsidP="008F1032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ustalenia, dochodzenia lub obrony roszczeń – jeżeli wystąpi taka potrzeba.</w:t>
      </w:r>
    </w:p>
    <w:p w14:paraId="518EB4B8" w14:textId="77777777" w:rsidR="008F1032" w:rsidRPr="00542141" w:rsidRDefault="008F1032" w:rsidP="008F1032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Podstawą prawną przetwarzania danych osobowych jest:</w:t>
      </w:r>
    </w:p>
    <w:p w14:paraId="6AB7D986" w14:textId="77777777" w:rsidR="008F1032" w:rsidRPr="00542141" w:rsidRDefault="008F1032" w:rsidP="008F1032">
      <w:pPr>
        <w:numPr>
          <w:ilvl w:val="0"/>
          <w:numId w:val="11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 xml:space="preserve">art. 6 ust. 1 lit. e RODO </w:t>
      </w:r>
      <w:r w:rsidRPr="00542141">
        <w:rPr>
          <w:rFonts w:cs="Calibri"/>
          <w:sz w:val="17"/>
          <w:szCs w:val="17"/>
        </w:rPr>
        <w:t>– przetwarzanie niezbędne do wykonania zadania realizowanego w interesie publicznym (działalność dydaktyczna, wychowawcza, opiekuńcza lub kulturalno-oświatowa placówki),</w:t>
      </w:r>
    </w:p>
    <w:p w14:paraId="2A20CBFD" w14:textId="77777777" w:rsidR="008F1032" w:rsidRPr="00542141" w:rsidRDefault="008F1032" w:rsidP="008F1032">
      <w:pPr>
        <w:numPr>
          <w:ilvl w:val="0"/>
          <w:numId w:val="11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art. 6 ust. 1 lit. c RODO (jeżeli dotyczy)</w:t>
      </w:r>
      <w:r w:rsidRPr="00542141">
        <w:rPr>
          <w:rFonts w:cs="Calibri"/>
          <w:sz w:val="17"/>
          <w:szCs w:val="17"/>
        </w:rPr>
        <w:t xml:space="preserve"> – przetwarzanie niezbędne do wypełnienia obowiązków prawnych ciążących na Administratorze (np. obowiązki ewidencyjne, rachunkowe, podatkowe związane z nagrodami),</w:t>
      </w:r>
    </w:p>
    <w:p w14:paraId="473E6860" w14:textId="77777777" w:rsidR="008F1032" w:rsidRPr="00542141" w:rsidRDefault="008F1032" w:rsidP="008F1032">
      <w:pPr>
        <w:numPr>
          <w:ilvl w:val="0"/>
          <w:numId w:val="11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art. 6 ust. 1 lit. a RODO (jeżeli dotyczy)</w:t>
      </w:r>
      <w:r w:rsidRPr="00542141">
        <w:rPr>
          <w:rFonts w:cs="Calibri"/>
          <w:sz w:val="17"/>
          <w:szCs w:val="17"/>
        </w:rPr>
        <w:t xml:space="preserve"> – zgoda (w szczególności w zakresie publikacji wizerunku oraz danych </w:t>
      </w:r>
      <w:r>
        <w:rPr>
          <w:rFonts w:cs="Calibri"/>
          <w:sz w:val="17"/>
          <w:szCs w:val="17"/>
        </w:rPr>
        <w:br/>
      </w:r>
      <w:r w:rsidRPr="00542141">
        <w:rPr>
          <w:rFonts w:cs="Calibri"/>
          <w:sz w:val="17"/>
          <w:szCs w:val="17"/>
        </w:rPr>
        <w:t>w szerszym zakresie niż niezbędny do organizacji konkursu, np. w mediach społecznościowych),</w:t>
      </w:r>
    </w:p>
    <w:p w14:paraId="4036FEF2" w14:textId="77777777" w:rsidR="008F1032" w:rsidRPr="00542141" w:rsidRDefault="008F1032" w:rsidP="008F1032">
      <w:pPr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Podstawę prawną stanowią w szczególności przepisy regulujące działalność placówek oświatowych (w szczególności Prawo oświatowe), regulamin konkursu, przepisy podatkowe – jeżeli konkurs wiąże się z przyznawaniem nagród podlegających rozliczeniom.</w:t>
      </w:r>
    </w:p>
    <w:p w14:paraId="18DF5C1D" w14:textId="77777777" w:rsidR="008F1032" w:rsidRPr="00542141" w:rsidRDefault="008F1032" w:rsidP="0066582F">
      <w:pPr>
        <w:pStyle w:val="Akapitzlist"/>
        <w:numPr>
          <w:ilvl w:val="0"/>
          <w:numId w:val="17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Odbiorcy danych</w:t>
      </w:r>
    </w:p>
    <w:p w14:paraId="4BDD81FA" w14:textId="77777777" w:rsidR="008F1032" w:rsidRPr="00542141" w:rsidRDefault="008F1032" w:rsidP="008F1032">
      <w:pPr>
        <w:pStyle w:val="NormalnyWeb"/>
        <w:spacing w:before="0" w:beforeAutospacing="0" w:after="0" w:afterAutospacing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hAnsiTheme="minorHAnsi" w:cs="Calibri"/>
          <w:sz w:val="17"/>
          <w:szCs w:val="17"/>
        </w:rPr>
        <w:t xml:space="preserve">Dane </w:t>
      </w: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osobowe mogą być przekazywane wyłącznie:</w:t>
      </w:r>
    </w:p>
    <w:p w14:paraId="0BD02B91" w14:textId="77777777" w:rsidR="008F1032" w:rsidRPr="00542141" w:rsidRDefault="008F1032" w:rsidP="008F1032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podmiotom przetwarzającym dane na zlecenie Administratora (np. dostawcom narzędzi IT, systemów wykorzystywanych do komunikacji lub publikacji) – na podstawie umów powierzenia przetwarzania danych,</w:t>
      </w:r>
    </w:p>
    <w:p w14:paraId="4C2401B0" w14:textId="77777777" w:rsidR="008F1032" w:rsidRPr="00542141" w:rsidRDefault="008F1032" w:rsidP="008F1032">
      <w:pPr>
        <w:pStyle w:val="NormalnyWeb"/>
        <w:numPr>
          <w:ilvl w:val="0"/>
          <w:numId w:val="13"/>
        </w:numPr>
        <w:spacing w:after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podmiotom uprawnionym do otrzymania danych na podstawie przepisów prawa (np. organy podatkowe – jeżeli dotyczy),</w:t>
      </w:r>
    </w:p>
    <w:p w14:paraId="1C6196A1" w14:textId="77777777" w:rsidR="008F1032" w:rsidRPr="00542141" w:rsidRDefault="008F1032" w:rsidP="008F1032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odbiorcom publikacji – jeżeli wyniki lub materiały konkursowe są publikowane (np. strona www, BIP, media społecznościowe) – w zakresie określonym regulaminem konkursu lub udzieloną zgodą.</w:t>
      </w:r>
    </w:p>
    <w:p w14:paraId="66DC6239" w14:textId="77777777" w:rsidR="008F1032" w:rsidRPr="00542141" w:rsidRDefault="008F1032" w:rsidP="008F1032">
      <w:pPr>
        <w:pStyle w:val="NormalnyWeb"/>
        <w:spacing w:before="0" w:beforeAutospacing="0" w:after="240" w:afterAutospacing="0"/>
        <w:jc w:val="both"/>
        <w:rPr>
          <w:rFonts w:asciiTheme="minorHAnsi" w:hAnsiTheme="minorHAnsi" w:cs="Calibri"/>
          <w:sz w:val="17"/>
          <w:szCs w:val="17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Dane osobowe co do zasady nie są przekazywane do państw trzecich ani organizacji międzynarodowych.</w:t>
      </w:r>
    </w:p>
    <w:p w14:paraId="2FB10657" w14:textId="77777777" w:rsidR="008F1032" w:rsidRPr="00542141" w:rsidRDefault="008F1032" w:rsidP="0066582F">
      <w:pPr>
        <w:pStyle w:val="Akapitzlist"/>
        <w:numPr>
          <w:ilvl w:val="0"/>
          <w:numId w:val="18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Okres przechowywania danych</w:t>
      </w:r>
    </w:p>
    <w:p w14:paraId="354D0515" w14:textId="77777777" w:rsidR="008F1032" w:rsidRPr="00542141" w:rsidRDefault="008F1032" w:rsidP="008F1032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Dane osobowe będą przechowywane przez okres niezbędny do organizacji i rozliczenia konkursu, a następnie przez okres wynikający z przepisów prawa oraz zasad archiwizacji dokumentacji obowiązujących u Administratora, a także przez okres niezbędny do ustalenia, dochodzenia lub obrony roszczeń – jeżeli wystąpi taka potrzeba.</w:t>
      </w:r>
    </w:p>
    <w:p w14:paraId="66C8C96C" w14:textId="77777777" w:rsidR="008F1032" w:rsidRPr="00542141" w:rsidRDefault="008F1032" w:rsidP="008F1032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lastRenderedPageBreak/>
        <w:t>W przypadku przetwarzania danych na podstawie zgody (np. wizerunek), dane będą przetwarzane do momentu jej wycofania lub do czasu usunięcia materiałów zgodnie z przyjętymi zasadami publikacji.</w:t>
      </w:r>
    </w:p>
    <w:p w14:paraId="3FE4296C" w14:textId="77777777" w:rsidR="008F1032" w:rsidRPr="00542141" w:rsidRDefault="008F1032" w:rsidP="008F1032">
      <w:pPr>
        <w:spacing w:after="0"/>
        <w:ind w:left="360"/>
        <w:jc w:val="both"/>
        <w:rPr>
          <w:rFonts w:cs="Calibri"/>
          <w:sz w:val="17"/>
          <w:szCs w:val="17"/>
        </w:rPr>
      </w:pPr>
    </w:p>
    <w:p w14:paraId="2F15F15F" w14:textId="77777777" w:rsidR="008F1032" w:rsidRPr="00542141" w:rsidRDefault="008F1032" w:rsidP="0066582F">
      <w:pPr>
        <w:pStyle w:val="Akapitzlist"/>
        <w:numPr>
          <w:ilvl w:val="0"/>
          <w:numId w:val="19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Prawa osób, których dane dotyczą</w:t>
      </w:r>
    </w:p>
    <w:p w14:paraId="77D99AE1" w14:textId="77777777" w:rsidR="008F1032" w:rsidRPr="00542141" w:rsidRDefault="008F1032" w:rsidP="008F1032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Osobom, których dane dotyczą, przysługuje prawo do:</w:t>
      </w:r>
    </w:p>
    <w:p w14:paraId="7217B3FA" w14:textId="77777777" w:rsidR="008F1032" w:rsidRPr="00542141" w:rsidRDefault="008F1032" w:rsidP="008F1032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dostępu do danych osobowych oraz uzyskania ich kopii,</w:t>
      </w:r>
    </w:p>
    <w:p w14:paraId="126082F9" w14:textId="77777777" w:rsidR="008F1032" w:rsidRPr="00542141" w:rsidRDefault="008F1032" w:rsidP="008F1032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sprostowania danych osobowych,</w:t>
      </w:r>
    </w:p>
    <w:p w14:paraId="1B8D3565" w14:textId="77777777" w:rsidR="008F1032" w:rsidRPr="00542141" w:rsidRDefault="008F1032" w:rsidP="008F1032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ograniczenia przetwarzania – w przypadkach przewidzianych przepisami prawa,</w:t>
      </w:r>
    </w:p>
    <w:p w14:paraId="13461A3E" w14:textId="77777777" w:rsidR="008F1032" w:rsidRPr="00542141" w:rsidRDefault="008F1032" w:rsidP="008F1032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cofnięcia zgody – w zakresie, w jakim przetwarzanie odbywa się na jej podstawie,</w:t>
      </w:r>
    </w:p>
    <w:p w14:paraId="036978FF" w14:textId="77777777" w:rsidR="008F1032" w:rsidRPr="00542141" w:rsidRDefault="008F1032" w:rsidP="008F1032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wniesienia sprzeciwu wobec przetwarzania danych – w przypadkach przewidzianych w art. 21 RODO,</w:t>
      </w:r>
    </w:p>
    <w:p w14:paraId="00537228" w14:textId="77777777" w:rsidR="008F1032" w:rsidRPr="00542141" w:rsidRDefault="008F1032" w:rsidP="008F1032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wniesienia skargi do Prezesa Urzędu Ochrony Danych Osobowych.</w:t>
      </w:r>
    </w:p>
    <w:p w14:paraId="1C4F1FC2" w14:textId="77777777" w:rsidR="008F1032" w:rsidRPr="00542141" w:rsidRDefault="008F1032" w:rsidP="008F1032">
      <w:pPr>
        <w:spacing w:after="0"/>
        <w:ind w:left="360"/>
        <w:jc w:val="both"/>
        <w:rPr>
          <w:rFonts w:cs="Calibri"/>
          <w:sz w:val="17"/>
          <w:szCs w:val="17"/>
        </w:rPr>
      </w:pPr>
    </w:p>
    <w:p w14:paraId="228203F0" w14:textId="77777777" w:rsidR="008F1032" w:rsidRPr="00542141" w:rsidRDefault="008F1032" w:rsidP="0066582F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Informacja o obowiązku podania danych i profilowaniu</w:t>
      </w:r>
    </w:p>
    <w:p w14:paraId="70DDC15C" w14:textId="77777777" w:rsidR="008F1032" w:rsidRPr="00542141" w:rsidRDefault="008F1032" w:rsidP="008F1032">
      <w:pPr>
        <w:spacing w:after="0"/>
        <w:ind w:left="36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 xml:space="preserve">Podanie danych osobowych jest niezbędne do udziału w konkursie i jego przeprowadzenia. Niepodanie danych może skutkować brakiem możliwości udziału w konkursie lub wydania nagrody. W zakresie danych przetwarzanych na podstawie zgody, w szczególności dotyczących wizerunku, podanie danych jest dobrowolne. Dane nie są przetwarzane </w:t>
      </w:r>
      <w:r>
        <w:rPr>
          <w:rFonts w:cs="Calibri"/>
          <w:sz w:val="17"/>
          <w:szCs w:val="17"/>
        </w:rPr>
        <w:br/>
      </w:r>
      <w:r w:rsidRPr="00542141">
        <w:rPr>
          <w:rFonts w:cs="Calibri"/>
          <w:sz w:val="17"/>
          <w:szCs w:val="17"/>
        </w:rPr>
        <w:t>w sposób zautomatyzowany i nie podlegają profilowaniu.</w:t>
      </w:r>
    </w:p>
    <w:p w14:paraId="064FE8F3" w14:textId="77777777" w:rsidR="008F1032" w:rsidRPr="00542141" w:rsidRDefault="008F1032" w:rsidP="008F1032">
      <w:pPr>
        <w:spacing w:after="0"/>
        <w:ind w:left="360"/>
        <w:jc w:val="both"/>
        <w:rPr>
          <w:rFonts w:cs="Calibri"/>
          <w:sz w:val="17"/>
          <w:szCs w:val="17"/>
        </w:rPr>
      </w:pPr>
    </w:p>
    <w:p w14:paraId="42A875F0" w14:textId="77777777" w:rsidR="008F1032" w:rsidRPr="00542141" w:rsidRDefault="008F1032" w:rsidP="0066582F">
      <w:pPr>
        <w:pStyle w:val="Akapitzlist"/>
        <w:numPr>
          <w:ilvl w:val="0"/>
          <w:numId w:val="21"/>
        </w:numPr>
        <w:spacing w:after="0" w:line="259" w:lineRule="auto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Kontakt w sprawach związanych z ochroną danych osobowych:</w:t>
      </w:r>
    </w:p>
    <w:p w14:paraId="53C152DA" w14:textId="6716A365" w:rsidR="008F1032" w:rsidRPr="002D7080" w:rsidRDefault="002D7080" w:rsidP="008F1032">
      <w:pPr>
        <w:rPr>
          <w:rFonts w:ascii="Calibri" w:hAnsi="Calibri" w:cs="Calibri"/>
          <w:sz w:val="17"/>
          <w:szCs w:val="17"/>
        </w:rPr>
      </w:pPr>
      <w:r>
        <w:rPr>
          <w:rFonts w:cs="Calibri"/>
          <w:sz w:val="17"/>
          <w:szCs w:val="17"/>
        </w:rPr>
        <w:t xml:space="preserve">       </w:t>
      </w:r>
      <w:r w:rsidR="008F1032" w:rsidRPr="00542141">
        <w:rPr>
          <w:rFonts w:cs="Calibri"/>
          <w:sz w:val="17"/>
          <w:szCs w:val="17"/>
        </w:rPr>
        <w:t>Jest możliwy z wyznaczonym Inspektorem ochrony danych pod adresem e-mail</w:t>
      </w:r>
      <w:r w:rsidR="008F1032" w:rsidRPr="00542141">
        <w:rPr>
          <w:rFonts w:ascii="Calibri" w:hAnsi="Calibri" w:cs="Calibri"/>
          <w:sz w:val="17"/>
          <w:szCs w:val="17"/>
        </w:rPr>
        <w:t xml:space="preserve">: </w:t>
      </w:r>
      <w:r w:rsidR="008F1032" w:rsidRPr="002D7080">
        <w:rPr>
          <w:rFonts w:ascii="Calibri" w:hAnsi="Calibri" w:cs="Calibri"/>
          <w:sz w:val="17"/>
          <w:szCs w:val="17"/>
        </w:rPr>
        <w:t>iod.sp37@oswiata.tychy.pl</w:t>
      </w:r>
      <w:r w:rsidRPr="002D7080">
        <w:rPr>
          <w:rFonts w:ascii="Calibri" w:hAnsi="Calibri" w:cs="Calibri"/>
          <w:sz w:val="17"/>
          <w:szCs w:val="17"/>
        </w:rPr>
        <w:t>.</w:t>
      </w:r>
    </w:p>
    <w:p w14:paraId="5F3CAF62" w14:textId="77777777" w:rsidR="008F1032" w:rsidRDefault="008F1032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2ED71207" w14:textId="77777777" w:rsidR="008F1032" w:rsidRDefault="008F1032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1EE475AC" w14:textId="77777777" w:rsidR="004A1D9B" w:rsidRPr="004A1D9B" w:rsidRDefault="004A1D9B" w:rsidP="004A1D9B">
      <w:pPr>
        <w:ind w:left="5040"/>
        <w:jc w:val="right"/>
        <w:rPr>
          <w:rFonts w:ascii="Calibri" w:hAnsi="Calibri" w:cs="Calibri"/>
          <w:sz w:val="24"/>
          <w:szCs w:val="24"/>
        </w:rPr>
      </w:pPr>
      <w:r w:rsidRPr="004A1D9B">
        <w:rPr>
          <w:rFonts w:ascii="Calibri" w:hAnsi="Calibri" w:cs="Calibri"/>
          <w:sz w:val="24"/>
          <w:szCs w:val="24"/>
        </w:rPr>
        <w:t>…………………………………………………</w:t>
      </w:r>
    </w:p>
    <w:p w14:paraId="3D8303BA" w14:textId="2E66D7BB" w:rsidR="004A1D9B" w:rsidRPr="004A1D9B" w:rsidRDefault="004A1D9B" w:rsidP="004A1D9B">
      <w:pPr>
        <w:rPr>
          <w:rFonts w:cs="Arial"/>
          <w:i/>
          <w:iCs/>
          <w:sz w:val="24"/>
          <w:szCs w:val="24"/>
        </w:rPr>
      </w:pP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  <w:t xml:space="preserve">      </w:t>
      </w:r>
      <w:r w:rsidRPr="004A1D9B">
        <w:rPr>
          <w:rFonts w:cs="Arial"/>
          <w:i/>
          <w:iCs/>
          <w:sz w:val="24"/>
          <w:szCs w:val="24"/>
        </w:rPr>
        <w:t xml:space="preserve">  </w:t>
      </w:r>
      <w:r>
        <w:rPr>
          <w:rFonts w:cs="Arial"/>
          <w:i/>
          <w:iCs/>
          <w:sz w:val="24"/>
          <w:szCs w:val="24"/>
        </w:rPr>
        <w:tab/>
      </w:r>
      <w:r>
        <w:rPr>
          <w:rFonts w:cs="Arial"/>
          <w:i/>
          <w:iCs/>
          <w:sz w:val="24"/>
          <w:szCs w:val="24"/>
        </w:rPr>
        <w:tab/>
        <w:t xml:space="preserve"> </w:t>
      </w:r>
      <w:r w:rsidRPr="004A1D9B">
        <w:rPr>
          <w:rFonts w:cs="Arial"/>
          <w:i/>
          <w:iCs/>
          <w:sz w:val="24"/>
          <w:szCs w:val="24"/>
        </w:rPr>
        <w:t xml:space="preserve">  </w:t>
      </w:r>
      <w:r w:rsidR="00454C2F">
        <w:rPr>
          <w:rFonts w:cs="Arial"/>
          <w:i/>
          <w:iCs/>
          <w:sz w:val="24"/>
          <w:szCs w:val="24"/>
        </w:rPr>
        <w:t>(</w:t>
      </w:r>
      <w:r w:rsidRPr="004A1D9B">
        <w:rPr>
          <w:rFonts w:cs="Arial"/>
          <w:i/>
          <w:iCs/>
          <w:sz w:val="24"/>
          <w:szCs w:val="24"/>
        </w:rPr>
        <w:t>podpis</w:t>
      </w:r>
      <w:r w:rsidR="00454C2F">
        <w:rPr>
          <w:rFonts w:cs="Arial"/>
          <w:i/>
          <w:iCs/>
          <w:sz w:val="24"/>
          <w:szCs w:val="24"/>
        </w:rPr>
        <w:t>)</w:t>
      </w:r>
    </w:p>
    <w:p w14:paraId="0B38D8DE" w14:textId="77777777" w:rsidR="004A1D9B" w:rsidRDefault="004A1D9B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78F5397E" w14:textId="77777777" w:rsidR="008F1032" w:rsidRDefault="008F1032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29B4227A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2AD226C7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6E8FB75D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661975A3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436FD101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4BA0B8AA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7CABF8BF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07087878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528CC247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6A69C2F8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49757B76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29990227" w14:textId="77777777" w:rsidR="008C433D" w:rsidRDefault="008C433D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38538E9B" w14:textId="77777777" w:rsidR="008F1032" w:rsidRDefault="008F1032" w:rsidP="008F1032">
      <w:pPr>
        <w:rPr>
          <w:rFonts w:ascii="Calibri" w:hAnsi="Calibri" w:cs="Calibri"/>
          <w:b/>
          <w:bCs/>
          <w:sz w:val="17"/>
          <w:szCs w:val="17"/>
        </w:rPr>
      </w:pPr>
    </w:p>
    <w:p w14:paraId="05B02CD7" w14:textId="18831612" w:rsidR="008F1032" w:rsidRPr="00333ED1" w:rsidRDefault="008F1032" w:rsidP="008F1032">
      <w:pPr>
        <w:jc w:val="right"/>
        <w:rPr>
          <w:rFonts w:cs="Arial"/>
          <w:i/>
          <w:iCs/>
          <w:szCs w:val="21"/>
        </w:rPr>
      </w:pPr>
      <w:r w:rsidRPr="00333ED1">
        <w:rPr>
          <w:rFonts w:cs="Arial"/>
          <w:i/>
          <w:iCs/>
          <w:szCs w:val="21"/>
        </w:rPr>
        <w:t>zał. nr 3</w:t>
      </w:r>
    </w:p>
    <w:p w14:paraId="52B4EB67" w14:textId="77777777" w:rsidR="008F1032" w:rsidRPr="008F1032" w:rsidRDefault="008F1032" w:rsidP="008F1032">
      <w:pPr>
        <w:rPr>
          <w:rFonts w:ascii="Calibri" w:hAnsi="Calibri" w:cs="Calibri"/>
          <w:sz w:val="17"/>
          <w:szCs w:val="17"/>
        </w:rPr>
      </w:pPr>
    </w:p>
    <w:p w14:paraId="01B7AA36" w14:textId="49CBAC42" w:rsidR="008F1032" w:rsidRPr="008F1032" w:rsidRDefault="008F1032" w:rsidP="008F1032">
      <w:pPr>
        <w:rPr>
          <w:rFonts w:cs="Arial"/>
          <w:sz w:val="22"/>
        </w:rPr>
      </w:pPr>
      <w:r w:rsidRPr="008F1032">
        <w:rPr>
          <w:rFonts w:cs="Arial"/>
          <w:sz w:val="22"/>
        </w:rPr>
        <w:lastRenderedPageBreak/>
        <w:t>......................</w:t>
      </w:r>
      <w:r>
        <w:rPr>
          <w:rFonts w:cs="Arial"/>
          <w:sz w:val="22"/>
        </w:rPr>
        <w:t>.................</w:t>
      </w:r>
      <w:r w:rsidRPr="008F1032">
        <w:rPr>
          <w:rFonts w:cs="Arial"/>
          <w:sz w:val="22"/>
        </w:rPr>
        <w:t xml:space="preserve">....................... 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  <w:t xml:space="preserve">              </w:t>
      </w:r>
      <w:r w:rsidRPr="008F1032">
        <w:rPr>
          <w:rFonts w:cs="Arial"/>
          <w:sz w:val="22"/>
        </w:rPr>
        <w:t>...........................................</w:t>
      </w:r>
    </w:p>
    <w:p w14:paraId="7E097A48" w14:textId="6448AAEB" w:rsidR="008F1032" w:rsidRPr="00333ED1" w:rsidRDefault="008F1032" w:rsidP="008F1032">
      <w:pPr>
        <w:rPr>
          <w:rFonts w:cs="Arial"/>
          <w:i/>
          <w:iCs/>
          <w:sz w:val="22"/>
        </w:rPr>
      </w:pPr>
      <w:r w:rsidRPr="00333ED1">
        <w:rPr>
          <w:rFonts w:cs="Arial"/>
          <w:i/>
          <w:iCs/>
          <w:sz w:val="22"/>
        </w:rPr>
        <w:t xml:space="preserve">(imię i nazwisko nauczyciela-opiekuna) </w:t>
      </w:r>
      <w:r w:rsidRPr="00333ED1">
        <w:rPr>
          <w:rFonts w:cs="Arial"/>
          <w:i/>
          <w:iCs/>
          <w:sz w:val="22"/>
        </w:rPr>
        <w:tab/>
      </w:r>
      <w:r w:rsidRPr="00333ED1">
        <w:rPr>
          <w:rFonts w:cs="Arial"/>
          <w:i/>
          <w:iCs/>
          <w:sz w:val="22"/>
        </w:rPr>
        <w:tab/>
      </w:r>
      <w:r w:rsidRPr="00333ED1">
        <w:rPr>
          <w:rFonts w:cs="Arial"/>
          <w:i/>
          <w:iCs/>
          <w:sz w:val="22"/>
        </w:rPr>
        <w:tab/>
      </w:r>
      <w:r w:rsidRPr="00333ED1">
        <w:rPr>
          <w:rFonts w:cs="Arial"/>
          <w:i/>
          <w:iCs/>
          <w:sz w:val="22"/>
        </w:rPr>
        <w:tab/>
      </w:r>
      <w:r w:rsidR="00333ED1" w:rsidRPr="00333ED1">
        <w:rPr>
          <w:rFonts w:cs="Arial"/>
          <w:i/>
          <w:iCs/>
          <w:sz w:val="22"/>
        </w:rPr>
        <w:t xml:space="preserve">         </w:t>
      </w:r>
      <w:r w:rsidRPr="00333ED1">
        <w:rPr>
          <w:rFonts w:cs="Arial"/>
          <w:i/>
          <w:iCs/>
          <w:sz w:val="22"/>
        </w:rPr>
        <w:t>(miejscowość, data)</w:t>
      </w:r>
    </w:p>
    <w:p w14:paraId="4CA523DA" w14:textId="77777777" w:rsidR="008F1032" w:rsidRPr="008F1032" w:rsidRDefault="008F1032" w:rsidP="008F1032">
      <w:pPr>
        <w:rPr>
          <w:rFonts w:cs="Arial"/>
          <w:sz w:val="22"/>
        </w:rPr>
      </w:pPr>
    </w:p>
    <w:p w14:paraId="0661C909" w14:textId="257346B4" w:rsidR="008F1032" w:rsidRPr="005F5AF4" w:rsidRDefault="008F1032" w:rsidP="005F5AF4">
      <w:pPr>
        <w:jc w:val="center"/>
        <w:rPr>
          <w:rFonts w:cs="Arial"/>
          <w:b/>
          <w:bCs/>
          <w:sz w:val="22"/>
        </w:rPr>
      </w:pPr>
      <w:r w:rsidRPr="008F1032">
        <w:rPr>
          <w:rFonts w:cs="Arial"/>
          <w:b/>
          <w:bCs/>
          <w:sz w:val="22"/>
        </w:rPr>
        <w:t>ZGODA NAUCZYCIELA NA PRZETWARZANIE</w:t>
      </w:r>
      <w:r>
        <w:rPr>
          <w:rFonts w:cs="Arial"/>
          <w:b/>
          <w:bCs/>
          <w:sz w:val="22"/>
        </w:rPr>
        <w:t xml:space="preserve"> </w:t>
      </w:r>
      <w:r w:rsidRPr="008F1032">
        <w:rPr>
          <w:rFonts w:cs="Arial"/>
          <w:b/>
          <w:bCs/>
          <w:sz w:val="22"/>
        </w:rPr>
        <w:t>DANYCH OSOBOWYCH</w:t>
      </w:r>
    </w:p>
    <w:p w14:paraId="3E92AB16" w14:textId="50F8DF0C" w:rsidR="008F1032" w:rsidRDefault="008F1032" w:rsidP="005F5AF4">
      <w:pPr>
        <w:jc w:val="both"/>
        <w:rPr>
          <w:rFonts w:cs="Arial"/>
          <w:sz w:val="22"/>
        </w:rPr>
      </w:pPr>
      <w:r w:rsidRPr="008F1032">
        <w:rPr>
          <w:rFonts w:cs="Arial"/>
          <w:sz w:val="22"/>
        </w:rPr>
        <w:t>Oświadczam, że wyrażam zgodę na przetwarzanie oraz udostępniam swoje dane osobowe (imię, nazwisko, e-mail,numer telefonu</w:t>
      </w:r>
      <w:r w:rsidR="005F5AF4">
        <w:rPr>
          <w:rFonts w:cs="Arial"/>
          <w:sz w:val="22"/>
        </w:rPr>
        <w:t>, nazwa i adres szkoły</w:t>
      </w:r>
      <w:r w:rsidRPr="008F1032">
        <w:rPr>
          <w:rFonts w:cs="Arial"/>
          <w:sz w:val="22"/>
        </w:rPr>
        <w:t>) do celów związanych z realizacją konkursu „</w:t>
      </w:r>
      <w:r w:rsidR="005F5AF4">
        <w:rPr>
          <w:rFonts w:cs="Arial"/>
          <w:sz w:val="22"/>
        </w:rPr>
        <w:t>Serce szydełkuję – zdrowo żyję</w:t>
      </w:r>
      <w:r w:rsidRPr="008F1032">
        <w:rPr>
          <w:rFonts w:cs="Arial"/>
          <w:sz w:val="22"/>
        </w:rPr>
        <w:t>”, którego organizatorem jest</w:t>
      </w:r>
      <w:r w:rsidR="005F5AF4">
        <w:rPr>
          <w:rFonts w:cs="Arial"/>
          <w:sz w:val="22"/>
        </w:rPr>
        <w:t xml:space="preserve"> Szkoła Podstawowa </w:t>
      </w:r>
      <w:r w:rsidR="005F5AF4">
        <w:rPr>
          <w:rFonts w:cs="Arial"/>
          <w:sz w:val="22"/>
        </w:rPr>
        <w:br/>
        <w:t>nr 37 z Oddziałami Dwujęzycznymi im. Kornela Makuszyńskiego w Tychach.</w:t>
      </w:r>
    </w:p>
    <w:p w14:paraId="6BEEAB4F" w14:textId="77777777" w:rsidR="005F5AF4" w:rsidRPr="00CD1CA6" w:rsidRDefault="005F5AF4" w:rsidP="005F5AF4">
      <w:pPr>
        <w:rPr>
          <w:rFonts w:cs="Calibri"/>
          <w:b/>
          <w:bCs/>
          <w:sz w:val="18"/>
          <w:szCs w:val="18"/>
        </w:rPr>
      </w:pPr>
      <w:r w:rsidRPr="00CD1CA6">
        <w:rPr>
          <w:rFonts w:cs="Calibri"/>
          <w:b/>
          <w:bCs/>
          <w:sz w:val="18"/>
          <w:szCs w:val="18"/>
        </w:rPr>
        <w:t>Informacja dotycząca przetwarzania danych osobowych</w:t>
      </w:r>
    </w:p>
    <w:p w14:paraId="3E2ED575" w14:textId="77777777" w:rsidR="005F5AF4" w:rsidRPr="00542141" w:rsidRDefault="005F5AF4" w:rsidP="0066582F">
      <w:pPr>
        <w:pStyle w:val="Akapitzlist"/>
        <w:numPr>
          <w:ilvl w:val="0"/>
          <w:numId w:val="22"/>
        </w:numPr>
        <w:spacing w:after="0" w:line="259" w:lineRule="auto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 xml:space="preserve">Administrator danych osobowych </w:t>
      </w:r>
    </w:p>
    <w:p w14:paraId="25BFC8BD" w14:textId="77777777" w:rsidR="005F5AF4" w:rsidRPr="00542141" w:rsidRDefault="005F5AF4" w:rsidP="005F5AF4">
      <w:pPr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 xml:space="preserve">Administratorem danych osobowych jest </w:t>
      </w:r>
      <w:r>
        <w:rPr>
          <w:rFonts w:cs="Calibri"/>
          <w:sz w:val="17"/>
          <w:szCs w:val="17"/>
        </w:rPr>
        <w:t xml:space="preserve">Szkoła Podstawowa nr 37 z Oddziałami Dwujęzycznymi im. Kornela Makuszynskiego </w:t>
      </w:r>
      <w:r w:rsidRPr="00542141">
        <w:rPr>
          <w:rFonts w:cs="Calibri"/>
          <w:sz w:val="17"/>
          <w:szCs w:val="17"/>
        </w:rPr>
        <w:t>z siedzibą w Tychach ul.</w:t>
      </w:r>
      <w:r>
        <w:rPr>
          <w:rFonts w:cs="Calibri"/>
          <w:sz w:val="17"/>
          <w:szCs w:val="17"/>
        </w:rPr>
        <w:t xml:space="preserve"> Konecznego 1</w:t>
      </w:r>
      <w:r w:rsidRPr="00542141">
        <w:rPr>
          <w:rFonts w:cs="Calibri"/>
          <w:sz w:val="17"/>
          <w:szCs w:val="17"/>
        </w:rPr>
        <w:t>.</w:t>
      </w:r>
    </w:p>
    <w:p w14:paraId="4984CF54" w14:textId="77777777" w:rsidR="005F5AF4" w:rsidRPr="00542141" w:rsidRDefault="005F5AF4" w:rsidP="0066582F">
      <w:pPr>
        <w:pStyle w:val="Akapitzlist"/>
        <w:numPr>
          <w:ilvl w:val="0"/>
          <w:numId w:val="23"/>
        </w:numPr>
        <w:spacing w:after="0" w:line="259" w:lineRule="auto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Cele i podstawy prawne przetwarzania danych</w:t>
      </w:r>
    </w:p>
    <w:p w14:paraId="0712AD19" w14:textId="77777777" w:rsidR="005F5AF4" w:rsidRPr="00542141" w:rsidRDefault="005F5AF4" w:rsidP="005F5AF4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 xml:space="preserve">Dane osobowe uczestników konkursów (uczniów/dzieci), ich rodziców/opiekunów prawnych, a także – jeżeli dotyczy – nauczycieli/opiekunów mogą być przetwarzane w związku z organizacją i przeprowadzeniem konkursu, w szczególności </w:t>
      </w:r>
      <w:r>
        <w:rPr>
          <w:rFonts w:cs="Calibri"/>
          <w:sz w:val="17"/>
          <w:szCs w:val="17"/>
        </w:rPr>
        <w:br/>
      </w:r>
      <w:r w:rsidRPr="00542141">
        <w:rPr>
          <w:rFonts w:cs="Calibri"/>
          <w:sz w:val="17"/>
          <w:szCs w:val="17"/>
        </w:rPr>
        <w:t>w celu:</w:t>
      </w:r>
    </w:p>
    <w:p w14:paraId="72875AEA" w14:textId="77777777" w:rsidR="005F5AF4" w:rsidRPr="00542141" w:rsidRDefault="005F5AF4" w:rsidP="005F5AF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przyjmowania zgłoszeń i weryfikacji spełnienia warunków udziału,</w:t>
      </w:r>
    </w:p>
    <w:p w14:paraId="4DB7C41C" w14:textId="77777777" w:rsidR="005F5AF4" w:rsidRPr="00542141" w:rsidRDefault="005F5AF4" w:rsidP="005F5AF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przeprowadzenia konkursu (ocena prac, posiedzenia komisji, protokoły),</w:t>
      </w:r>
    </w:p>
    <w:p w14:paraId="1DEB3ED0" w14:textId="77777777" w:rsidR="005F5AF4" w:rsidRPr="00542141" w:rsidRDefault="005F5AF4" w:rsidP="005F5AF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wyłonienia laureatów oraz ogłoszenia wyników,</w:t>
      </w:r>
    </w:p>
    <w:p w14:paraId="64D586D4" w14:textId="77777777" w:rsidR="005F5AF4" w:rsidRPr="00542141" w:rsidRDefault="005F5AF4" w:rsidP="005F5AF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przyznania i wydania nagród,</w:t>
      </w:r>
    </w:p>
    <w:p w14:paraId="6EA267FA" w14:textId="77777777" w:rsidR="005F5AF4" w:rsidRPr="00542141" w:rsidRDefault="005F5AF4" w:rsidP="005F5AF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kontaktu z uczestnikami lub rodzicami/opiekunami,</w:t>
      </w:r>
    </w:p>
    <w:p w14:paraId="677BD06A" w14:textId="77777777" w:rsidR="005F5AF4" w:rsidRPr="00542141" w:rsidRDefault="005F5AF4" w:rsidP="005F5AF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archiwizacji dokumentacji konkursowej,</w:t>
      </w:r>
    </w:p>
    <w:p w14:paraId="13F7503F" w14:textId="77777777" w:rsidR="005F5AF4" w:rsidRPr="00542141" w:rsidRDefault="005F5AF4" w:rsidP="005F5AF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ustalenia, dochodzenia lub obrony roszczeń – jeżeli wystąpi taka potrzeba.</w:t>
      </w:r>
    </w:p>
    <w:p w14:paraId="11CE3D48" w14:textId="77777777" w:rsidR="005F5AF4" w:rsidRPr="00542141" w:rsidRDefault="005F5AF4" w:rsidP="005F5AF4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Podstawą prawną przetwarzania danych osobowych jest:</w:t>
      </w:r>
    </w:p>
    <w:p w14:paraId="3011B612" w14:textId="77777777" w:rsidR="005F5AF4" w:rsidRPr="00542141" w:rsidRDefault="005F5AF4" w:rsidP="005F5AF4">
      <w:pPr>
        <w:numPr>
          <w:ilvl w:val="0"/>
          <w:numId w:val="11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 xml:space="preserve">art. 6 ust. 1 lit. e RODO </w:t>
      </w:r>
      <w:r w:rsidRPr="00542141">
        <w:rPr>
          <w:rFonts w:cs="Calibri"/>
          <w:sz w:val="17"/>
          <w:szCs w:val="17"/>
        </w:rPr>
        <w:t>– przetwarzanie niezbędne do wykonania zadania realizowanego w interesie publicznym (działalność dydaktyczna, wychowawcza, opiekuńcza lub kulturalno-oświatowa placówki),</w:t>
      </w:r>
    </w:p>
    <w:p w14:paraId="32828BE2" w14:textId="77777777" w:rsidR="005F5AF4" w:rsidRPr="00542141" w:rsidRDefault="005F5AF4" w:rsidP="005F5AF4">
      <w:pPr>
        <w:numPr>
          <w:ilvl w:val="0"/>
          <w:numId w:val="11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art. 6 ust. 1 lit. c RODO (jeżeli dotyczy)</w:t>
      </w:r>
      <w:r w:rsidRPr="00542141">
        <w:rPr>
          <w:rFonts w:cs="Calibri"/>
          <w:sz w:val="17"/>
          <w:szCs w:val="17"/>
        </w:rPr>
        <w:t xml:space="preserve"> – przetwarzanie niezbędne do wypełnienia obowiązków prawnych ciążących na Administratorze (np. obowiązki ewidencyjne, rachunkowe, podatkowe związane z nagrodami),</w:t>
      </w:r>
    </w:p>
    <w:p w14:paraId="553D318B" w14:textId="77777777" w:rsidR="005F5AF4" w:rsidRPr="00542141" w:rsidRDefault="005F5AF4" w:rsidP="005F5AF4">
      <w:pPr>
        <w:numPr>
          <w:ilvl w:val="0"/>
          <w:numId w:val="11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art. 6 ust. 1 lit. a RODO (jeżeli dotyczy)</w:t>
      </w:r>
      <w:r w:rsidRPr="00542141">
        <w:rPr>
          <w:rFonts w:cs="Calibri"/>
          <w:sz w:val="17"/>
          <w:szCs w:val="17"/>
        </w:rPr>
        <w:t xml:space="preserve"> – zgoda (w szczególności w zakresie publikacji wizerunku oraz danych </w:t>
      </w:r>
      <w:r>
        <w:rPr>
          <w:rFonts w:cs="Calibri"/>
          <w:sz w:val="17"/>
          <w:szCs w:val="17"/>
        </w:rPr>
        <w:br/>
      </w:r>
      <w:r w:rsidRPr="00542141">
        <w:rPr>
          <w:rFonts w:cs="Calibri"/>
          <w:sz w:val="17"/>
          <w:szCs w:val="17"/>
        </w:rPr>
        <w:t>w szerszym zakresie niż niezbędny do organizacji konkursu, np. w mediach społecznościowych),</w:t>
      </w:r>
    </w:p>
    <w:p w14:paraId="27A29689" w14:textId="77777777" w:rsidR="005F5AF4" w:rsidRPr="00542141" w:rsidRDefault="005F5AF4" w:rsidP="005F5AF4">
      <w:pPr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Podstawę prawną stanowią w szczególności przepisy regulujące działalność placówek oświatowych (w szczególności Prawo oświatowe), regulamin konkursu, przepisy podatkowe – jeżeli konkurs wiąże się z przyznawaniem nagród podlegających rozliczeniom.</w:t>
      </w:r>
    </w:p>
    <w:p w14:paraId="2375D4F9" w14:textId="77777777" w:rsidR="005F5AF4" w:rsidRPr="00542141" w:rsidRDefault="005F5AF4" w:rsidP="0066582F">
      <w:pPr>
        <w:pStyle w:val="Akapitzlist"/>
        <w:numPr>
          <w:ilvl w:val="0"/>
          <w:numId w:val="24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Odbiorcy danych</w:t>
      </w:r>
    </w:p>
    <w:p w14:paraId="7A7807B4" w14:textId="77777777" w:rsidR="005F5AF4" w:rsidRPr="00542141" w:rsidRDefault="005F5AF4" w:rsidP="005F5AF4">
      <w:pPr>
        <w:pStyle w:val="NormalnyWeb"/>
        <w:spacing w:before="0" w:beforeAutospacing="0" w:after="0" w:afterAutospacing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hAnsiTheme="minorHAnsi" w:cs="Calibri"/>
          <w:sz w:val="17"/>
          <w:szCs w:val="17"/>
        </w:rPr>
        <w:t xml:space="preserve">Dane </w:t>
      </w: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osobowe mogą być przekazywane wyłącznie:</w:t>
      </w:r>
    </w:p>
    <w:p w14:paraId="69CC8DE2" w14:textId="77777777" w:rsidR="005F5AF4" w:rsidRPr="00542141" w:rsidRDefault="005F5AF4" w:rsidP="005F5AF4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podmiotom przetwarzającym dane na zlecenie Administratora (np. dostawcom narzędzi IT, systemów wykorzystywanych do komunikacji lub publikacji) – na podstawie umów powierzenia przetwarzania danych,</w:t>
      </w:r>
    </w:p>
    <w:p w14:paraId="676BFCED" w14:textId="77777777" w:rsidR="005F5AF4" w:rsidRPr="00542141" w:rsidRDefault="005F5AF4" w:rsidP="005F5AF4">
      <w:pPr>
        <w:pStyle w:val="NormalnyWeb"/>
        <w:numPr>
          <w:ilvl w:val="0"/>
          <w:numId w:val="13"/>
        </w:numPr>
        <w:spacing w:after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podmiotom uprawnionym do otrzymania danych na podstawie przepisów prawa (np. organy podatkowe – jeżeli dotyczy),</w:t>
      </w:r>
    </w:p>
    <w:p w14:paraId="34D30A88" w14:textId="77777777" w:rsidR="005F5AF4" w:rsidRPr="00542141" w:rsidRDefault="005F5AF4" w:rsidP="005F5AF4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odbiorcom publikacji – jeżeli wyniki lub materiały konkursowe są publikowane (np. strona www, BIP, media społecznościowe) – w zakresie określonym regulaminem konkursu lub udzieloną zgodą.</w:t>
      </w:r>
    </w:p>
    <w:p w14:paraId="1F47D59B" w14:textId="77777777" w:rsidR="005F5AF4" w:rsidRPr="00542141" w:rsidRDefault="005F5AF4" w:rsidP="005F5AF4">
      <w:pPr>
        <w:pStyle w:val="NormalnyWeb"/>
        <w:spacing w:before="0" w:beforeAutospacing="0" w:after="240" w:afterAutospacing="0"/>
        <w:jc w:val="both"/>
        <w:rPr>
          <w:rFonts w:asciiTheme="minorHAnsi" w:hAnsiTheme="minorHAnsi" w:cs="Calibri"/>
          <w:sz w:val="17"/>
          <w:szCs w:val="17"/>
        </w:rPr>
      </w:pPr>
      <w:r w:rsidRPr="00542141">
        <w:rPr>
          <w:rFonts w:asciiTheme="minorHAnsi" w:eastAsiaTheme="minorHAnsi" w:hAnsiTheme="minorHAnsi" w:cs="Calibri"/>
          <w:kern w:val="2"/>
          <w:sz w:val="17"/>
          <w:szCs w:val="17"/>
          <w:lang w:eastAsia="en-US"/>
          <w14:ligatures w14:val="standardContextual"/>
        </w:rPr>
        <w:t>Dane osobowe co do zasady nie są przekazywane do państw trzecich ani organizacji międzynarodowych.</w:t>
      </w:r>
    </w:p>
    <w:p w14:paraId="21DA58C1" w14:textId="77777777" w:rsidR="005F5AF4" w:rsidRPr="00542141" w:rsidRDefault="005F5AF4" w:rsidP="0066582F">
      <w:pPr>
        <w:pStyle w:val="Akapitzlist"/>
        <w:numPr>
          <w:ilvl w:val="0"/>
          <w:numId w:val="25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Okres przechowywania danych</w:t>
      </w:r>
    </w:p>
    <w:p w14:paraId="508B957E" w14:textId="77777777" w:rsidR="005F5AF4" w:rsidRPr="00542141" w:rsidRDefault="005F5AF4" w:rsidP="005F5AF4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Dane osobowe będą przechowywane przez okres niezbędny do organizacji i rozliczenia konkursu, a następnie przez okres wynikający z przepisów prawa oraz zasad archiwizacji dokumentacji obowiązujących u Administratora, a także przez okres niezbędny do ustalenia, dochodzenia lub obrony roszczeń – jeżeli wystąpi taka potrzeba.</w:t>
      </w:r>
    </w:p>
    <w:p w14:paraId="15F2D127" w14:textId="77777777" w:rsidR="005F5AF4" w:rsidRPr="00542141" w:rsidRDefault="005F5AF4" w:rsidP="005F5AF4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W przypadku przetwarzania danych na podstawie zgody (np. wizerunek), dane będą przetwarzane do momentu jej wycofania lub do czasu usunięcia materiałów zgodnie z przyjętymi zasadami publikacji.</w:t>
      </w:r>
    </w:p>
    <w:p w14:paraId="1F4E787F" w14:textId="77777777" w:rsidR="005F5AF4" w:rsidRPr="00542141" w:rsidRDefault="005F5AF4" w:rsidP="005F5AF4">
      <w:pPr>
        <w:spacing w:after="0"/>
        <w:ind w:left="360"/>
        <w:jc w:val="both"/>
        <w:rPr>
          <w:rFonts w:cs="Calibri"/>
          <w:sz w:val="17"/>
          <w:szCs w:val="17"/>
        </w:rPr>
      </w:pPr>
    </w:p>
    <w:p w14:paraId="207163E0" w14:textId="77777777" w:rsidR="005F5AF4" w:rsidRPr="00542141" w:rsidRDefault="005F5AF4" w:rsidP="0066582F">
      <w:pPr>
        <w:pStyle w:val="Akapitzlist"/>
        <w:numPr>
          <w:ilvl w:val="0"/>
          <w:numId w:val="26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Prawa osób, których dane dotyczą</w:t>
      </w:r>
    </w:p>
    <w:p w14:paraId="391143A5" w14:textId="77777777" w:rsidR="005F5AF4" w:rsidRPr="00542141" w:rsidRDefault="005F5AF4" w:rsidP="005F5AF4">
      <w:pPr>
        <w:spacing w:after="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Osobom, których dane dotyczą, przysługuje prawo do:</w:t>
      </w:r>
    </w:p>
    <w:p w14:paraId="665CDE6A" w14:textId="77777777" w:rsidR="005F5AF4" w:rsidRPr="00542141" w:rsidRDefault="005F5AF4" w:rsidP="005F5AF4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dostępu do danych osobowych oraz uzyskania ich kopii,</w:t>
      </w:r>
    </w:p>
    <w:p w14:paraId="13CD81AB" w14:textId="77777777" w:rsidR="005F5AF4" w:rsidRPr="00542141" w:rsidRDefault="005F5AF4" w:rsidP="005F5AF4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lastRenderedPageBreak/>
        <w:t>sprostowania danych osobowych,</w:t>
      </w:r>
    </w:p>
    <w:p w14:paraId="4DF44BF2" w14:textId="77777777" w:rsidR="005F5AF4" w:rsidRPr="00542141" w:rsidRDefault="005F5AF4" w:rsidP="005F5AF4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ograniczenia przetwarzania – w przypadkach przewidzianych przepisami prawa,</w:t>
      </w:r>
    </w:p>
    <w:p w14:paraId="3012600D" w14:textId="77777777" w:rsidR="005F5AF4" w:rsidRPr="00542141" w:rsidRDefault="005F5AF4" w:rsidP="005F5AF4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cofnięcia zgody – w zakresie, w jakim przetwarzanie odbywa się na jej podstawie,</w:t>
      </w:r>
    </w:p>
    <w:p w14:paraId="4BFBA418" w14:textId="77777777" w:rsidR="005F5AF4" w:rsidRPr="00542141" w:rsidRDefault="005F5AF4" w:rsidP="005F5AF4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wniesienia sprzeciwu wobec przetwarzania danych – w przypadkach przewidzianych w art. 21 RODO,</w:t>
      </w:r>
    </w:p>
    <w:p w14:paraId="0FD3109A" w14:textId="77777777" w:rsidR="005F5AF4" w:rsidRPr="00542141" w:rsidRDefault="005F5AF4" w:rsidP="005F5AF4">
      <w:pPr>
        <w:numPr>
          <w:ilvl w:val="0"/>
          <w:numId w:val="12"/>
        </w:numPr>
        <w:spacing w:after="0" w:line="259" w:lineRule="auto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>wniesienia skargi do Prezesa Urzędu Ochrony Danych Osobowych.</w:t>
      </w:r>
    </w:p>
    <w:p w14:paraId="2F309C4B" w14:textId="77777777" w:rsidR="005F5AF4" w:rsidRPr="00542141" w:rsidRDefault="005F5AF4" w:rsidP="005F5AF4">
      <w:pPr>
        <w:spacing w:after="0"/>
        <w:ind w:left="360"/>
        <w:jc w:val="both"/>
        <w:rPr>
          <w:rFonts w:cs="Calibri"/>
          <w:sz w:val="17"/>
          <w:szCs w:val="17"/>
        </w:rPr>
      </w:pPr>
    </w:p>
    <w:p w14:paraId="76E8B37F" w14:textId="77777777" w:rsidR="005F5AF4" w:rsidRPr="00542141" w:rsidRDefault="005F5AF4" w:rsidP="0066582F">
      <w:pPr>
        <w:pStyle w:val="Akapitzlist"/>
        <w:numPr>
          <w:ilvl w:val="0"/>
          <w:numId w:val="27"/>
        </w:numPr>
        <w:spacing w:after="0" w:line="259" w:lineRule="auto"/>
        <w:jc w:val="both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Informacja o obowiązku podania danych i profilowaniu</w:t>
      </w:r>
    </w:p>
    <w:p w14:paraId="583B0F90" w14:textId="77777777" w:rsidR="005F5AF4" w:rsidRPr="00542141" w:rsidRDefault="005F5AF4" w:rsidP="005F5AF4">
      <w:pPr>
        <w:spacing w:after="0"/>
        <w:ind w:left="360"/>
        <w:jc w:val="both"/>
        <w:rPr>
          <w:rFonts w:cs="Calibri"/>
          <w:sz w:val="17"/>
          <w:szCs w:val="17"/>
        </w:rPr>
      </w:pPr>
      <w:r w:rsidRPr="00542141">
        <w:rPr>
          <w:rFonts w:cs="Calibri"/>
          <w:sz w:val="17"/>
          <w:szCs w:val="17"/>
        </w:rPr>
        <w:t xml:space="preserve">Podanie danych osobowych jest niezbędne do udziału w konkursie i jego przeprowadzenia. Niepodanie danych może skutkować brakiem możliwości udziału w konkursie lub wydania nagrody. W zakresie danych przetwarzanych na podstawie zgody, w szczególności dotyczących wizerunku, podanie danych jest dobrowolne. Dane nie są przetwarzane </w:t>
      </w:r>
      <w:r>
        <w:rPr>
          <w:rFonts w:cs="Calibri"/>
          <w:sz w:val="17"/>
          <w:szCs w:val="17"/>
        </w:rPr>
        <w:br/>
      </w:r>
      <w:r w:rsidRPr="00542141">
        <w:rPr>
          <w:rFonts w:cs="Calibri"/>
          <w:sz w:val="17"/>
          <w:szCs w:val="17"/>
        </w:rPr>
        <w:t>w sposób zautomatyzowany i nie podlegają profilowaniu.</w:t>
      </w:r>
    </w:p>
    <w:p w14:paraId="6CD0EE09" w14:textId="77777777" w:rsidR="005F5AF4" w:rsidRPr="00542141" w:rsidRDefault="005F5AF4" w:rsidP="005F5AF4">
      <w:pPr>
        <w:spacing w:after="0"/>
        <w:ind w:left="360"/>
        <w:jc w:val="both"/>
        <w:rPr>
          <w:rFonts w:cs="Calibri"/>
          <w:sz w:val="17"/>
          <w:szCs w:val="17"/>
        </w:rPr>
      </w:pPr>
    </w:p>
    <w:p w14:paraId="2648D099" w14:textId="77777777" w:rsidR="005F5AF4" w:rsidRPr="00542141" w:rsidRDefault="005F5AF4" w:rsidP="0066582F">
      <w:pPr>
        <w:pStyle w:val="Akapitzlist"/>
        <w:numPr>
          <w:ilvl w:val="0"/>
          <w:numId w:val="28"/>
        </w:numPr>
        <w:spacing w:after="0" w:line="259" w:lineRule="auto"/>
        <w:rPr>
          <w:rFonts w:cs="Calibri"/>
          <w:b/>
          <w:bCs/>
          <w:sz w:val="17"/>
          <w:szCs w:val="17"/>
        </w:rPr>
      </w:pPr>
      <w:r w:rsidRPr="00542141">
        <w:rPr>
          <w:rFonts w:cs="Calibri"/>
          <w:b/>
          <w:bCs/>
          <w:sz w:val="17"/>
          <w:szCs w:val="17"/>
        </w:rPr>
        <w:t>Kontakt w sprawach związanych z ochroną danych osobowych:</w:t>
      </w:r>
    </w:p>
    <w:p w14:paraId="527744D7" w14:textId="19F3709D" w:rsidR="005F5AF4" w:rsidRPr="005F5AF4" w:rsidRDefault="005F5AF4" w:rsidP="005F5AF4">
      <w:pPr>
        <w:rPr>
          <w:rFonts w:ascii="Calibri" w:hAnsi="Calibri" w:cs="Calibri"/>
          <w:sz w:val="17"/>
          <w:szCs w:val="17"/>
        </w:rPr>
      </w:pPr>
      <w:r>
        <w:rPr>
          <w:rFonts w:cs="Calibri"/>
          <w:sz w:val="17"/>
          <w:szCs w:val="17"/>
        </w:rPr>
        <w:t xml:space="preserve">       </w:t>
      </w:r>
      <w:r w:rsidRPr="00542141">
        <w:rPr>
          <w:rFonts w:cs="Calibri"/>
          <w:sz w:val="17"/>
          <w:szCs w:val="17"/>
        </w:rPr>
        <w:t>Jest możliwy z wyznaczonym Inspektorem ochrony danych pod adresem e-mail</w:t>
      </w:r>
      <w:r w:rsidRPr="00542141">
        <w:rPr>
          <w:rFonts w:ascii="Calibri" w:hAnsi="Calibri" w:cs="Calibri"/>
          <w:sz w:val="17"/>
          <w:szCs w:val="17"/>
        </w:rPr>
        <w:t xml:space="preserve">: </w:t>
      </w:r>
      <w:r w:rsidRPr="005F5AF4">
        <w:rPr>
          <w:rFonts w:ascii="Calibri" w:hAnsi="Calibri" w:cs="Calibri"/>
          <w:sz w:val="17"/>
          <w:szCs w:val="17"/>
        </w:rPr>
        <w:t>iod.sp37@oswiata.tychy.pl.</w:t>
      </w:r>
    </w:p>
    <w:p w14:paraId="2F36FF58" w14:textId="77777777" w:rsidR="005F5AF4" w:rsidRDefault="005F5AF4" w:rsidP="005F5AF4">
      <w:pPr>
        <w:jc w:val="both"/>
        <w:rPr>
          <w:rFonts w:cs="Arial"/>
          <w:sz w:val="22"/>
        </w:rPr>
      </w:pPr>
    </w:p>
    <w:p w14:paraId="5817C031" w14:textId="77777777" w:rsidR="00B3784A" w:rsidRDefault="00B3784A" w:rsidP="000E3E2C">
      <w:pPr>
        <w:rPr>
          <w:rFonts w:ascii="Calibri" w:hAnsi="Calibri" w:cs="Calibri"/>
          <w:sz w:val="17"/>
          <w:szCs w:val="17"/>
        </w:rPr>
      </w:pPr>
    </w:p>
    <w:p w14:paraId="406EFA21" w14:textId="77777777" w:rsidR="004A1D9B" w:rsidRPr="004A1D9B" w:rsidRDefault="004A1D9B" w:rsidP="004A1D9B">
      <w:pPr>
        <w:ind w:left="5040"/>
        <w:jc w:val="right"/>
        <w:rPr>
          <w:rFonts w:ascii="Calibri" w:hAnsi="Calibri" w:cs="Calibri"/>
          <w:sz w:val="24"/>
          <w:szCs w:val="24"/>
        </w:rPr>
      </w:pPr>
      <w:r w:rsidRPr="004A1D9B">
        <w:rPr>
          <w:rFonts w:ascii="Calibri" w:hAnsi="Calibri" w:cs="Calibri"/>
          <w:sz w:val="24"/>
          <w:szCs w:val="24"/>
        </w:rPr>
        <w:t>…………………………………………………</w:t>
      </w:r>
    </w:p>
    <w:p w14:paraId="7C7E99B4" w14:textId="7B0238C0" w:rsidR="004A1D9B" w:rsidRDefault="004A1D9B" w:rsidP="004A1D9B">
      <w:pPr>
        <w:rPr>
          <w:rFonts w:cs="Arial"/>
          <w:i/>
          <w:iCs/>
          <w:sz w:val="24"/>
          <w:szCs w:val="24"/>
        </w:rPr>
      </w:pP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</w:r>
      <w:r w:rsidRPr="004A1D9B">
        <w:rPr>
          <w:rFonts w:ascii="Calibri" w:hAnsi="Calibri" w:cs="Calibri"/>
          <w:sz w:val="24"/>
          <w:szCs w:val="24"/>
        </w:rPr>
        <w:tab/>
        <w:t xml:space="preserve">      </w:t>
      </w:r>
      <w:r w:rsidRPr="004A1D9B">
        <w:rPr>
          <w:rFonts w:cs="Arial"/>
          <w:i/>
          <w:iCs/>
          <w:sz w:val="24"/>
          <w:szCs w:val="24"/>
        </w:rPr>
        <w:t xml:space="preserve">  </w:t>
      </w:r>
      <w:r>
        <w:rPr>
          <w:rFonts w:cs="Arial"/>
          <w:i/>
          <w:iCs/>
          <w:sz w:val="24"/>
          <w:szCs w:val="24"/>
        </w:rPr>
        <w:tab/>
      </w:r>
      <w:r>
        <w:rPr>
          <w:rFonts w:cs="Arial"/>
          <w:i/>
          <w:iCs/>
          <w:sz w:val="24"/>
          <w:szCs w:val="24"/>
        </w:rPr>
        <w:tab/>
        <w:t xml:space="preserve"> </w:t>
      </w:r>
      <w:r w:rsidRPr="004A1D9B">
        <w:rPr>
          <w:rFonts w:cs="Arial"/>
          <w:i/>
          <w:iCs/>
          <w:sz w:val="24"/>
          <w:szCs w:val="24"/>
        </w:rPr>
        <w:t xml:space="preserve"> </w:t>
      </w:r>
      <w:r w:rsidR="00C736BE">
        <w:rPr>
          <w:rFonts w:cs="Arial"/>
          <w:i/>
          <w:iCs/>
          <w:sz w:val="24"/>
          <w:szCs w:val="24"/>
        </w:rPr>
        <w:t>(</w:t>
      </w:r>
      <w:r>
        <w:rPr>
          <w:rFonts w:cs="Arial"/>
          <w:i/>
          <w:iCs/>
          <w:sz w:val="24"/>
          <w:szCs w:val="24"/>
        </w:rPr>
        <w:t>p</w:t>
      </w:r>
      <w:r w:rsidRPr="004A1D9B">
        <w:rPr>
          <w:rFonts w:cs="Arial"/>
          <w:i/>
          <w:iCs/>
          <w:sz w:val="24"/>
          <w:szCs w:val="24"/>
        </w:rPr>
        <w:t>odpis</w:t>
      </w:r>
      <w:r w:rsidR="00454C2F">
        <w:rPr>
          <w:rFonts w:cs="Arial"/>
          <w:i/>
          <w:iCs/>
          <w:sz w:val="24"/>
          <w:szCs w:val="24"/>
        </w:rPr>
        <w:t>)</w:t>
      </w:r>
    </w:p>
    <w:p w14:paraId="68E44E1D" w14:textId="77777777" w:rsidR="004A1D9B" w:rsidRDefault="004A1D9B" w:rsidP="004A1D9B">
      <w:pPr>
        <w:rPr>
          <w:rFonts w:cs="Arial"/>
          <w:i/>
          <w:iCs/>
          <w:sz w:val="24"/>
          <w:szCs w:val="24"/>
        </w:rPr>
      </w:pPr>
    </w:p>
    <w:p w14:paraId="4133CC99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67CE3059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62B9B641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3AF2BAE0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1FF0C1B5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364F377B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43573937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5C3B43B4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0DDD3D12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7311AEEF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72E26C64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0BC3BBEA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p w14:paraId="762AEFCD" w14:textId="77777777" w:rsidR="00C736BE" w:rsidRDefault="00C736BE" w:rsidP="004A1D9B">
      <w:pPr>
        <w:rPr>
          <w:rFonts w:cs="Arial"/>
          <w:i/>
          <w:iCs/>
          <w:sz w:val="24"/>
          <w:szCs w:val="24"/>
        </w:rPr>
      </w:pPr>
    </w:p>
    <w:tbl>
      <w:tblPr>
        <w:tblStyle w:val="TableNormal"/>
        <w:tblW w:w="9068" w:type="dxa"/>
        <w:tblInd w:w="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4"/>
        <w:gridCol w:w="4534"/>
      </w:tblGrid>
      <w:tr w:rsidR="004A1D9B" w14:paraId="41C95D3F" w14:textId="77777777" w:rsidTr="00C736BE">
        <w:trPr>
          <w:trHeight w:val="1134"/>
        </w:trPr>
        <w:tc>
          <w:tcPr>
            <w:tcW w:w="4534" w:type="dxa"/>
          </w:tcPr>
          <w:p w14:paraId="1082F671" w14:textId="77777777" w:rsidR="004A1D9B" w:rsidRPr="00C736BE" w:rsidRDefault="004A1D9B" w:rsidP="00C736BE">
            <w:pPr>
              <w:pStyle w:val="TableParagraph"/>
              <w:spacing w:before="58" w:line="360" w:lineRule="auto"/>
              <w:ind w:left="66"/>
              <w:rPr>
                <w:b/>
                <w:sz w:val="24"/>
                <w:szCs w:val="24"/>
              </w:rPr>
            </w:pPr>
          </w:p>
          <w:p w14:paraId="1C2C81A5" w14:textId="015AC8C3" w:rsidR="004A1D9B" w:rsidRPr="00C736BE" w:rsidRDefault="004A1D9B" w:rsidP="00C736BE">
            <w:pPr>
              <w:pStyle w:val="TableParagraph"/>
              <w:spacing w:before="58" w:line="360" w:lineRule="auto"/>
              <w:ind w:left="66"/>
              <w:rPr>
                <w:b/>
                <w:sz w:val="24"/>
                <w:szCs w:val="24"/>
              </w:rPr>
            </w:pPr>
            <w:r w:rsidRPr="00C736BE">
              <w:rPr>
                <w:b/>
                <w:sz w:val="24"/>
                <w:szCs w:val="24"/>
              </w:rPr>
              <w:t>Imię, nazwisko i wiek autora/ów pracy</w:t>
            </w:r>
          </w:p>
        </w:tc>
        <w:tc>
          <w:tcPr>
            <w:tcW w:w="4534" w:type="dxa"/>
          </w:tcPr>
          <w:p w14:paraId="72765C8C" w14:textId="77777777" w:rsidR="004A1D9B" w:rsidRDefault="004A1D9B" w:rsidP="00E12ED3">
            <w:pPr>
              <w:pStyle w:val="TableParagraph"/>
            </w:pPr>
          </w:p>
        </w:tc>
      </w:tr>
      <w:tr w:rsidR="004A1D9B" w14:paraId="79C3B459" w14:textId="77777777" w:rsidTr="00C736BE">
        <w:trPr>
          <w:trHeight w:val="1134"/>
        </w:trPr>
        <w:tc>
          <w:tcPr>
            <w:tcW w:w="4534" w:type="dxa"/>
          </w:tcPr>
          <w:p w14:paraId="58E56C09" w14:textId="77777777" w:rsidR="00C736BE" w:rsidRDefault="00C736BE" w:rsidP="00C736BE">
            <w:pPr>
              <w:pStyle w:val="TableParagraph"/>
              <w:spacing w:before="58"/>
              <w:ind w:left="66"/>
              <w:rPr>
                <w:b/>
                <w:sz w:val="24"/>
                <w:szCs w:val="24"/>
              </w:rPr>
            </w:pPr>
          </w:p>
          <w:p w14:paraId="4D89613F" w14:textId="77777777" w:rsidR="00C736BE" w:rsidRDefault="00C736BE" w:rsidP="00C736BE">
            <w:pPr>
              <w:pStyle w:val="TableParagraph"/>
              <w:spacing w:before="58"/>
              <w:ind w:left="66"/>
              <w:rPr>
                <w:b/>
                <w:sz w:val="24"/>
                <w:szCs w:val="24"/>
              </w:rPr>
            </w:pPr>
          </w:p>
          <w:p w14:paraId="650B136D" w14:textId="746E7B9E" w:rsidR="004A1D9B" w:rsidRPr="00C736BE" w:rsidRDefault="004A1D9B" w:rsidP="00C736BE">
            <w:pPr>
              <w:pStyle w:val="TableParagraph"/>
              <w:spacing w:before="58"/>
              <w:rPr>
                <w:b/>
                <w:sz w:val="24"/>
                <w:szCs w:val="24"/>
              </w:rPr>
            </w:pPr>
            <w:r w:rsidRPr="00C736BE">
              <w:rPr>
                <w:b/>
                <w:sz w:val="24"/>
                <w:szCs w:val="24"/>
              </w:rPr>
              <w:t>Nazwa i adres szkoły</w:t>
            </w:r>
          </w:p>
        </w:tc>
        <w:tc>
          <w:tcPr>
            <w:tcW w:w="4534" w:type="dxa"/>
          </w:tcPr>
          <w:p w14:paraId="74F518C2" w14:textId="43E2044D" w:rsidR="004A1D9B" w:rsidRPr="00D02C7D" w:rsidRDefault="004A1D9B" w:rsidP="00E12ED3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4A1D9B" w14:paraId="4D83A4E0" w14:textId="77777777" w:rsidTr="00C736BE">
        <w:trPr>
          <w:trHeight w:val="1134"/>
        </w:trPr>
        <w:tc>
          <w:tcPr>
            <w:tcW w:w="4534" w:type="dxa"/>
          </w:tcPr>
          <w:p w14:paraId="6E0278E1" w14:textId="77777777" w:rsidR="00C736BE" w:rsidRDefault="00C736BE" w:rsidP="00C736BE">
            <w:pPr>
              <w:pStyle w:val="TableParagraph"/>
              <w:spacing w:before="3" w:line="360" w:lineRule="auto"/>
              <w:ind w:left="86" w:right="134"/>
              <w:rPr>
                <w:b/>
                <w:sz w:val="24"/>
                <w:szCs w:val="24"/>
              </w:rPr>
            </w:pPr>
          </w:p>
          <w:p w14:paraId="2AFB4962" w14:textId="2A6489AD" w:rsidR="004A1D9B" w:rsidRPr="00C736BE" w:rsidRDefault="00C736BE" w:rsidP="00C736BE">
            <w:pPr>
              <w:pStyle w:val="TableParagraph"/>
              <w:spacing w:before="3" w:line="360" w:lineRule="auto"/>
              <w:ind w:left="86" w:right="134"/>
              <w:rPr>
                <w:b/>
                <w:sz w:val="24"/>
                <w:szCs w:val="24"/>
              </w:rPr>
            </w:pPr>
            <w:r w:rsidRPr="00C736BE">
              <w:rPr>
                <w:b/>
                <w:sz w:val="24"/>
                <w:szCs w:val="24"/>
              </w:rPr>
              <w:t>Imię i nazwisko nauczyciela</w:t>
            </w:r>
          </w:p>
        </w:tc>
        <w:tc>
          <w:tcPr>
            <w:tcW w:w="4534" w:type="dxa"/>
          </w:tcPr>
          <w:p w14:paraId="053B000F" w14:textId="77777777" w:rsidR="004A1D9B" w:rsidRDefault="004A1D9B" w:rsidP="00E12ED3">
            <w:pPr>
              <w:pStyle w:val="TableParagraph"/>
            </w:pPr>
            <w:r>
              <w:t xml:space="preserve"> </w:t>
            </w:r>
          </w:p>
          <w:p w14:paraId="515BE597" w14:textId="2F90013A" w:rsidR="004A1D9B" w:rsidRDefault="004A1D9B" w:rsidP="00E12ED3">
            <w:pPr>
              <w:pStyle w:val="TableParagraph"/>
            </w:pPr>
          </w:p>
        </w:tc>
      </w:tr>
      <w:tr w:rsidR="004A1D9B" w14:paraId="0426B929" w14:textId="77777777" w:rsidTr="00C736BE">
        <w:trPr>
          <w:trHeight w:val="1134"/>
        </w:trPr>
        <w:tc>
          <w:tcPr>
            <w:tcW w:w="4534" w:type="dxa"/>
          </w:tcPr>
          <w:p w14:paraId="203B5795" w14:textId="77777777" w:rsidR="00C736BE" w:rsidRDefault="00C736BE" w:rsidP="00C736BE">
            <w:pPr>
              <w:pStyle w:val="TableParagraph"/>
              <w:spacing w:before="3" w:line="360" w:lineRule="auto"/>
              <w:ind w:left="86" w:right="1528"/>
              <w:rPr>
                <w:b/>
                <w:sz w:val="24"/>
                <w:szCs w:val="24"/>
              </w:rPr>
            </w:pPr>
          </w:p>
          <w:p w14:paraId="4E59091B" w14:textId="6FE43111" w:rsidR="004A1D9B" w:rsidRPr="00C736BE" w:rsidRDefault="00C736BE" w:rsidP="00C736BE">
            <w:pPr>
              <w:pStyle w:val="TableParagraph"/>
              <w:spacing w:before="3" w:line="360" w:lineRule="auto"/>
              <w:ind w:left="86" w:right="1528"/>
              <w:rPr>
                <w:b/>
                <w:sz w:val="24"/>
                <w:szCs w:val="24"/>
              </w:rPr>
            </w:pPr>
            <w:r w:rsidRPr="00C736BE">
              <w:rPr>
                <w:b/>
                <w:sz w:val="24"/>
                <w:szCs w:val="24"/>
              </w:rPr>
              <w:t>Adres e-mail nauczyciela</w:t>
            </w:r>
          </w:p>
        </w:tc>
        <w:tc>
          <w:tcPr>
            <w:tcW w:w="4534" w:type="dxa"/>
          </w:tcPr>
          <w:p w14:paraId="48BF2195" w14:textId="77777777" w:rsidR="004A1D9B" w:rsidRDefault="004A1D9B" w:rsidP="00E12ED3">
            <w:pPr>
              <w:pStyle w:val="TableParagraph"/>
              <w:rPr>
                <w:sz w:val="28"/>
                <w:szCs w:val="28"/>
              </w:rPr>
            </w:pPr>
            <w:r w:rsidRPr="00D02C7D">
              <w:rPr>
                <w:sz w:val="28"/>
                <w:szCs w:val="28"/>
              </w:rPr>
              <w:t xml:space="preserve">  </w:t>
            </w:r>
          </w:p>
          <w:p w14:paraId="04491E94" w14:textId="428BD5C7" w:rsidR="004A1D9B" w:rsidRPr="00D02C7D" w:rsidRDefault="004A1D9B" w:rsidP="004A1D9B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C736BE" w14:paraId="115AE5A4" w14:textId="77777777" w:rsidTr="00C736BE">
        <w:trPr>
          <w:trHeight w:val="1134"/>
        </w:trPr>
        <w:tc>
          <w:tcPr>
            <w:tcW w:w="4534" w:type="dxa"/>
          </w:tcPr>
          <w:p w14:paraId="422F0C30" w14:textId="67E9816B" w:rsidR="00C736BE" w:rsidRPr="00C736BE" w:rsidRDefault="00C736BE" w:rsidP="00C736BE">
            <w:pPr>
              <w:pStyle w:val="TableParagraph"/>
              <w:spacing w:before="3" w:line="360" w:lineRule="auto"/>
              <w:ind w:left="86" w:right="1528"/>
              <w:jc w:val="center"/>
              <w:rPr>
                <w:b/>
                <w:sz w:val="24"/>
                <w:szCs w:val="24"/>
              </w:rPr>
            </w:pPr>
            <w:r w:rsidRPr="00C736BE">
              <w:rPr>
                <w:b/>
                <w:sz w:val="24"/>
                <w:szCs w:val="24"/>
              </w:rPr>
              <w:t xml:space="preserve">Numer telefonu </w:t>
            </w:r>
            <w:r>
              <w:rPr>
                <w:b/>
                <w:sz w:val="24"/>
                <w:szCs w:val="24"/>
              </w:rPr>
              <w:br/>
            </w:r>
            <w:r w:rsidRPr="00C736BE">
              <w:rPr>
                <w:b/>
                <w:sz w:val="24"/>
                <w:szCs w:val="24"/>
              </w:rPr>
              <w:t xml:space="preserve">i adres </w:t>
            </w:r>
            <w:r>
              <w:rPr>
                <w:b/>
                <w:sz w:val="24"/>
                <w:szCs w:val="24"/>
              </w:rPr>
              <w:t>e-</w:t>
            </w:r>
            <w:r w:rsidRPr="00C736BE">
              <w:rPr>
                <w:b/>
                <w:sz w:val="24"/>
                <w:szCs w:val="24"/>
              </w:rPr>
              <w:t>mail szkoły</w:t>
            </w:r>
          </w:p>
        </w:tc>
        <w:tc>
          <w:tcPr>
            <w:tcW w:w="4534" w:type="dxa"/>
          </w:tcPr>
          <w:p w14:paraId="21F36448" w14:textId="77777777" w:rsidR="00C736BE" w:rsidRPr="00D02C7D" w:rsidRDefault="00C736BE" w:rsidP="00E12ED3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52CF60AF" w14:textId="77777777" w:rsidR="004A1D9B" w:rsidRPr="004A1D9B" w:rsidRDefault="004A1D9B" w:rsidP="004A1D9B">
      <w:pPr>
        <w:rPr>
          <w:rFonts w:cs="Arial"/>
          <w:i/>
          <w:iCs/>
          <w:sz w:val="24"/>
          <w:szCs w:val="24"/>
        </w:rPr>
      </w:pPr>
    </w:p>
    <w:p w14:paraId="5D51AB77" w14:textId="77777777" w:rsidR="000E3E2C" w:rsidRPr="008F1032" w:rsidRDefault="000E3E2C" w:rsidP="000E3E2C"/>
    <w:sectPr w:rsidR="000E3E2C" w:rsidRPr="008F1032" w:rsidSect="008F1032">
      <w:footerReference w:type="default" r:id="rId10"/>
      <w:pgSz w:w="12240" w:h="15840"/>
      <w:pgMar w:top="567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65FA7" w14:textId="77777777" w:rsidR="008E499D" w:rsidRDefault="008E499D" w:rsidP="008C433D">
      <w:pPr>
        <w:spacing w:after="0" w:line="240" w:lineRule="auto"/>
      </w:pPr>
      <w:r>
        <w:separator/>
      </w:r>
    </w:p>
  </w:endnote>
  <w:endnote w:type="continuationSeparator" w:id="0">
    <w:p w14:paraId="22B8A151" w14:textId="77777777" w:rsidR="008E499D" w:rsidRDefault="008E499D" w:rsidP="008C4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5183430"/>
      <w:docPartObj>
        <w:docPartGallery w:val="Page Numbers (Bottom of Page)"/>
        <w:docPartUnique/>
      </w:docPartObj>
    </w:sdtPr>
    <w:sdtContent>
      <w:p w14:paraId="36BF4A02" w14:textId="4F36008C" w:rsidR="008C433D" w:rsidRDefault="008C433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4BB25A6" w14:textId="77777777" w:rsidR="008C433D" w:rsidRDefault="008C43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36061" w14:textId="77777777" w:rsidR="008E499D" w:rsidRDefault="008E499D" w:rsidP="008C433D">
      <w:pPr>
        <w:spacing w:after="0" w:line="240" w:lineRule="auto"/>
      </w:pPr>
      <w:r>
        <w:separator/>
      </w:r>
    </w:p>
  </w:footnote>
  <w:footnote w:type="continuationSeparator" w:id="0">
    <w:p w14:paraId="409D44F7" w14:textId="77777777" w:rsidR="008E499D" w:rsidRDefault="008E499D" w:rsidP="008C4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D69D0"/>
    <w:multiLevelType w:val="hybridMultilevel"/>
    <w:tmpl w:val="D1BE1AE8"/>
    <w:lvl w:ilvl="0" w:tplc="3788E6F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35696C"/>
    <w:multiLevelType w:val="hybridMultilevel"/>
    <w:tmpl w:val="5A7EF3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E5CD4"/>
    <w:multiLevelType w:val="hybridMultilevel"/>
    <w:tmpl w:val="8640C6BA"/>
    <w:lvl w:ilvl="0" w:tplc="C5EC765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1F5740"/>
    <w:multiLevelType w:val="hybridMultilevel"/>
    <w:tmpl w:val="12B65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83724D"/>
    <w:multiLevelType w:val="hybridMultilevel"/>
    <w:tmpl w:val="98963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2B322E"/>
    <w:multiLevelType w:val="hybridMultilevel"/>
    <w:tmpl w:val="7C52E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4510C6"/>
    <w:multiLevelType w:val="hybridMultilevel"/>
    <w:tmpl w:val="6F707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17E39"/>
    <w:multiLevelType w:val="hybridMultilevel"/>
    <w:tmpl w:val="291447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443A9E"/>
    <w:multiLevelType w:val="hybridMultilevel"/>
    <w:tmpl w:val="6A78E01A"/>
    <w:lvl w:ilvl="0" w:tplc="2EACD3E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B342E"/>
    <w:multiLevelType w:val="hybridMultilevel"/>
    <w:tmpl w:val="3022D0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C32E74"/>
    <w:multiLevelType w:val="hybridMultilevel"/>
    <w:tmpl w:val="446AF318"/>
    <w:lvl w:ilvl="0" w:tplc="F2DC939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92DF2"/>
    <w:multiLevelType w:val="hybridMultilevel"/>
    <w:tmpl w:val="9E629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F017457"/>
    <w:multiLevelType w:val="hybridMultilevel"/>
    <w:tmpl w:val="8036FDE2"/>
    <w:lvl w:ilvl="0" w:tplc="A92CA6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7641D0"/>
    <w:multiLevelType w:val="hybridMultilevel"/>
    <w:tmpl w:val="3780A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863793"/>
    <w:multiLevelType w:val="hybridMultilevel"/>
    <w:tmpl w:val="0152E814"/>
    <w:lvl w:ilvl="0" w:tplc="D05E4D8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45584F"/>
    <w:multiLevelType w:val="hybridMultilevel"/>
    <w:tmpl w:val="1F22B35C"/>
    <w:lvl w:ilvl="0" w:tplc="036CA2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8653E9"/>
    <w:multiLevelType w:val="hybridMultilevel"/>
    <w:tmpl w:val="CA76C5E0"/>
    <w:lvl w:ilvl="0" w:tplc="E7A40AA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B3143B"/>
    <w:multiLevelType w:val="hybridMultilevel"/>
    <w:tmpl w:val="AB7C2B4C"/>
    <w:lvl w:ilvl="0" w:tplc="412823E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5538CF"/>
    <w:multiLevelType w:val="hybridMultilevel"/>
    <w:tmpl w:val="C8A02B80"/>
    <w:lvl w:ilvl="0" w:tplc="69A0AFA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7F7418"/>
    <w:multiLevelType w:val="multilevel"/>
    <w:tmpl w:val="F690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4D58FD"/>
    <w:multiLevelType w:val="hybridMultilevel"/>
    <w:tmpl w:val="61BCD0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09478E"/>
    <w:multiLevelType w:val="hybridMultilevel"/>
    <w:tmpl w:val="6F9041CA"/>
    <w:lvl w:ilvl="0" w:tplc="7484818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B87AA6"/>
    <w:multiLevelType w:val="hybridMultilevel"/>
    <w:tmpl w:val="26CE2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896288"/>
    <w:multiLevelType w:val="hybridMultilevel"/>
    <w:tmpl w:val="97169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9519C9"/>
    <w:multiLevelType w:val="hybridMultilevel"/>
    <w:tmpl w:val="636C7FEC"/>
    <w:lvl w:ilvl="0" w:tplc="25D602D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BB1B33"/>
    <w:multiLevelType w:val="hybridMultilevel"/>
    <w:tmpl w:val="6630D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DB3DC4"/>
    <w:multiLevelType w:val="hybridMultilevel"/>
    <w:tmpl w:val="0A22127E"/>
    <w:lvl w:ilvl="0" w:tplc="8946EB3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9A0446"/>
    <w:multiLevelType w:val="multilevel"/>
    <w:tmpl w:val="51EAD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5676CD"/>
    <w:multiLevelType w:val="hybridMultilevel"/>
    <w:tmpl w:val="A9C45B38"/>
    <w:lvl w:ilvl="0" w:tplc="B8AC50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07A57"/>
    <w:multiLevelType w:val="hybridMultilevel"/>
    <w:tmpl w:val="3F342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675252">
    <w:abstractNumId w:val="8"/>
  </w:num>
  <w:num w:numId="2" w16cid:durableId="1694498944">
    <w:abstractNumId w:val="6"/>
  </w:num>
  <w:num w:numId="3" w16cid:durableId="1108700239">
    <w:abstractNumId w:val="5"/>
  </w:num>
  <w:num w:numId="4" w16cid:durableId="855384259">
    <w:abstractNumId w:val="4"/>
  </w:num>
  <w:num w:numId="5" w16cid:durableId="15277602">
    <w:abstractNumId w:val="7"/>
  </w:num>
  <w:num w:numId="6" w16cid:durableId="2110155851">
    <w:abstractNumId w:val="3"/>
  </w:num>
  <w:num w:numId="7" w16cid:durableId="477108481">
    <w:abstractNumId w:val="2"/>
  </w:num>
  <w:num w:numId="8" w16cid:durableId="2127847939">
    <w:abstractNumId w:val="1"/>
  </w:num>
  <w:num w:numId="9" w16cid:durableId="784689755">
    <w:abstractNumId w:val="0"/>
  </w:num>
  <w:num w:numId="10" w16cid:durableId="1623537043">
    <w:abstractNumId w:val="16"/>
  </w:num>
  <w:num w:numId="11" w16cid:durableId="1985966716">
    <w:abstractNumId w:val="36"/>
  </w:num>
  <w:num w:numId="12" w16cid:durableId="1027096548">
    <w:abstractNumId w:val="28"/>
  </w:num>
  <w:num w:numId="13" w16cid:durableId="1169054014">
    <w:abstractNumId w:val="34"/>
  </w:num>
  <w:num w:numId="14" w16cid:durableId="11955412">
    <w:abstractNumId w:val="29"/>
  </w:num>
  <w:num w:numId="15" w16cid:durableId="1814254165">
    <w:abstractNumId w:val="37"/>
  </w:num>
  <w:num w:numId="16" w16cid:durableId="1720202597">
    <w:abstractNumId w:val="19"/>
  </w:num>
  <w:num w:numId="17" w16cid:durableId="1348754692">
    <w:abstractNumId w:val="30"/>
  </w:num>
  <w:num w:numId="18" w16cid:durableId="1556506359">
    <w:abstractNumId w:val="26"/>
  </w:num>
  <w:num w:numId="19" w16cid:durableId="67729600">
    <w:abstractNumId w:val="11"/>
  </w:num>
  <w:num w:numId="20" w16cid:durableId="815342256">
    <w:abstractNumId w:val="9"/>
  </w:num>
  <w:num w:numId="21" w16cid:durableId="175114639">
    <w:abstractNumId w:val="27"/>
  </w:num>
  <w:num w:numId="22" w16cid:durableId="111290133">
    <w:abstractNumId w:val="24"/>
  </w:num>
  <w:num w:numId="23" w16cid:durableId="1947350834">
    <w:abstractNumId w:val="21"/>
  </w:num>
  <w:num w:numId="24" w16cid:durableId="1826583267">
    <w:abstractNumId w:val="33"/>
  </w:num>
  <w:num w:numId="25" w16cid:durableId="995911596">
    <w:abstractNumId w:val="23"/>
  </w:num>
  <w:num w:numId="26" w16cid:durableId="42415765">
    <w:abstractNumId w:val="17"/>
  </w:num>
  <w:num w:numId="27" w16cid:durableId="1637374900">
    <w:abstractNumId w:val="25"/>
  </w:num>
  <w:num w:numId="28" w16cid:durableId="1052657588">
    <w:abstractNumId w:val="35"/>
  </w:num>
  <w:num w:numId="29" w16cid:durableId="655768019">
    <w:abstractNumId w:val="14"/>
  </w:num>
  <w:num w:numId="30" w16cid:durableId="226646740">
    <w:abstractNumId w:val="20"/>
  </w:num>
  <w:num w:numId="31" w16cid:durableId="597102381">
    <w:abstractNumId w:val="31"/>
  </w:num>
  <w:num w:numId="32" w16cid:durableId="1479879408">
    <w:abstractNumId w:val="10"/>
  </w:num>
  <w:num w:numId="33" w16cid:durableId="1521435250">
    <w:abstractNumId w:val="32"/>
  </w:num>
  <w:num w:numId="34" w16cid:durableId="2087142514">
    <w:abstractNumId w:val="13"/>
  </w:num>
  <w:num w:numId="35" w16cid:durableId="1971668000">
    <w:abstractNumId w:val="22"/>
  </w:num>
  <w:num w:numId="36" w16cid:durableId="808783082">
    <w:abstractNumId w:val="18"/>
  </w:num>
  <w:num w:numId="37" w16cid:durableId="2101750520">
    <w:abstractNumId w:val="12"/>
  </w:num>
  <w:num w:numId="38" w16cid:durableId="1407531499">
    <w:abstractNumId w:val="15"/>
  </w:num>
  <w:num w:numId="39" w16cid:durableId="54888028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594"/>
    <w:rsid w:val="000E3E2C"/>
    <w:rsid w:val="0015074B"/>
    <w:rsid w:val="00263415"/>
    <w:rsid w:val="0029639D"/>
    <w:rsid w:val="002D7080"/>
    <w:rsid w:val="002D748D"/>
    <w:rsid w:val="003113B5"/>
    <w:rsid w:val="00326F90"/>
    <w:rsid w:val="00333ED1"/>
    <w:rsid w:val="0036336B"/>
    <w:rsid w:val="00454C2F"/>
    <w:rsid w:val="004A1D9B"/>
    <w:rsid w:val="005F5AF4"/>
    <w:rsid w:val="0066582F"/>
    <w:rsid w:val="007917F7"/>
    <w:rsid w:val="007D0D94"/>
    <w:rsid w:val="008C433D"/>
    <w:rsid w:val="008E499D"/>
    <w:rsid w:val="008F1032"/>
    <w:rsid w:val="00905D38"/>
    <w:rsid w:val="009764AF"/>
    <w:rsid w:val="00AA1D8D"/>
    <w:rsid w:val="00AE36ED"/>
    <w:rsid w:val="00AF2D7D"/>
    <w:rsid w:val="00B3784A"/>
    <w:rsid w:val="00B47730"/>
    <w:rsid w:val="00B761CA"/>
    <w:rsid w:val="00C736BE"/>
    <w:rsid w:val="00CB0664"/>
    <w:rsid w:val="00CB6E55"/>
    <w:rsid w:val="00DD4B55"/>
    <w:rsid w:val="00E811E6"/>
    <w:rsid w:val="00F975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A2E14"/>
  <w14:defaultImageDpi w14:val="300"/>
  <w15:docId w15:val="{B9EB4D81-ABEA-4AC7-A544-6A66E1648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0E3E2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3E2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E3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table" w:customStyle="1" w:styleId="TableNormal">
    <w:name w:val="Table Normal"/>
    <w:uiPriority w:val="2"/>
    <w:semiHidden/>
    <w:unhideWhenUsed/>
    <w:qFormat/>
    <w:rsid w:val="004A1D9B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A1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3184</Words>
  <Characters>19104</Characters>
  <Application>Microsoft Office Word</Application>
  <DocSecurity>0</DocSecurity>
  <Lines>159</Lines>
  <Paragraphs>44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 Brzychcy</cp:lastModifiedBy>
  <cp:revision>2</cp:revision>
  <cp:lastPrinted>2026-09-21T11:38:00Z</cp:lastPrinted>
  <dcterms:created xsi:type="dcterms:W3CDTF">2026-09-28T15:29:00Z</dcterms:created>
  <dcterms:modified xsi:type="dcterms:W3CDTF">2026-09-28T15:29:00Z</dcterms:modified>
  <cp:category/>
</cp:coreProperties>
</file>